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C65C5" w14:textId="75030833" w:rsidR="002A31B9" w:rsidRPr="00D40130" w:rsidRDefault="002A31B9" w:rsidP="00D401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013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1A3DD90C" wp14:editId="6FE42EEA">
            <wp:simplePos x="0" y="0"/>
            <wp:positionH relativeFrom="column">
              <wp:posOffset>2729865</wp:posOffset>
            </wp:positionH>
            <wp:positionV relativeFrom="paragraph">
              <wp:posOffset>-548640</wp:posOffset>
            </wp:positionV>
            <wp:extent cx="609600" cy="777240"/>
            <wp:effectExtent l="0" t="0" r="0" b="3810"/>
            <wp:wrapThrough wrapText="bothSides">
              <wp:wrapPolygon edited="0">
                <wp:start x="0" y="0"/>
                <wp:lineTo x="0" y="21176"/>
                <wp:lineTo x="20925" y="21176"/>
                <wp:lineTo x="20925" y="0"/>
                <wp:lineTo x="0" y="0"/>
              </wp:wrapPolygon>
            </wp:wrapThrough>
            <wp:docPr id="16501223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320B2E" w14:textId="77777777" w:rsidR="00D40130" w:rsidRDefault="00D40130" w:rsidP="00D401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90A30" w14:textId="13939118" w:rsidR="002A31B9" w:rsidRPr="00204540" w:rsidRDefault="002A31B9" w:rsidP="00D40130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>UNIVERSIDADE FEDERAL DO PARÁ</w:t>
      </w:r>
    </w:p>
    <w:p w14:paraId="6128A22F" w14:textId="77777777" w:rsidR="002A31B9" w:rsidRPr="00204540" w:rsidRDefault="002A31B9" w:rsidP="00D40130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>PRÓ-REITORIA DE PESQUISA E PÓS-GRADUAÇÃO</w:t>
      </w:r>
    </w:p>
    <w:p w14:paraId="0B154A15" w14:textId="50031A74" w:rsidR="00D848CB" w:rsidRPr="00204540" w:rsidRDefault="00D848CB" w:rsidP="00D40130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>DIRETORIA DE PROGRAMAS ESTRATÉGICOS</w:t>
      </w:r>
    </w:p>
    <w:p w14:paraId="493C743C" w14:textId="77777777" w:rsidR="002A31B9" w:rsidRPr="00204540" w:rsidRDefault="002A31B9" w:rsidP="00D40130">
      <w:pPr>
        <w:spacing w:after="0" w:line="240" w:lineRule="auto"/>
        <w:rPr>
          <w:rFonts w:asciiTheme="majorHAnsi" w:hAnsiTheme="majorHAnsi" w:cstheme="majorHAnsi"/>
        </w:rPr>
      </w:pPr>
    </w:p>
    <w:p w14:paraId="061DCB04" w14:textId="64AA5F8D" w:rsidR="006504F9" w:rsidRPr="00204540" w:rsidRDefault="006504F9" w:rsidP="00D40130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 xml:space="preserve">ANEXO II – </w:t>
      </w:r>
      <w:r w:rsidR="00204540" w:rsidRPr="00204540">
        <w:rPr>
          <w:rFonts w:asciiTheme="majorHAnsi" w:hAnsiTheme="majorHAnsi" w:cstheme="majorHAnsi"/>
          <w:b/>
          <w:bCs/>
        </w:rPr>
        <w:t>Edital</w:t>
      </w:r>
      <w:r w:rsidRPr="00204540">
        <w:rPr>
          <w:rFonts w:asciiTheme="majorHAnsi" w:hAnsiTheme="majorHAnsi" w:cstheme="majorHAnsi"/>
          <w:b/>
          <w:bCs/>
        </w:rPr>
        <w:t xml:space="preserve"> 18/2026 – PROPESP/DPE</w:t>
      </w:r>
    </w:p>
    <w:p w14:paraId="31F44B53" w14:textId="4952BCB2" w:rsidR="002A31B9" w:rsidRPr="00204540" w:rsidRDefault="002A31B9" w:rsidP="00D40130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 xml:space="preserve">FORMULÁRIO </w:t>
      </w:r>
      <w:r w:rsidR="00A70969" w:rsidRPr="00204540">
        <w:rPr>
          <w:rFonts w:asciiTheme="majorHAnsi" w:hAnsiTheme="majorHAnsi" w:cstheme="majorHAnsi"/>
          <w:b/>
          <w:bCs/>
        </w:rPr>
        <w:t>PARA ELABORAÇÃO DE</w:t>
      </w:r>
      <w:r w:rsidRPr="00204540">
        <w:rPr>
          <w:rFonts w:asciiTheme="majorHAnsi" w:hAnsiTheme="majorHAnsi" w:cstheme="majorHAnsi"/>
          <w:b/>
          <w:bCs/>
        </w:rPr>
        <w:t xml:space="preserve"> </w:t>
      </w:r>
      <w:r w:rsidR="00071A92" w:rsidRPr="00204540">
        <w:rPr>
          <w:rFonts w:asciiTheme="majorHAnsi" w:hAnsiTheme="majorHAnsi" w:cstheme="majorHAnsi"/>
          <w:b/>
          <w:bCs/>
        </w:rPr>
        <w:t xml:space="preserve">PROPOSTA DE </w:t>
      </w:r>
      <w:r w:rsidR="004422C0" w:rsidRPr="00204540">
        <w:rPr>
          <w:rFonts w:asciiTheme="majorHAnsi" w:hAnsiTheme="majorHAnsi" w:cstheme="majorHAnsi"/>
          <w:b/>
          <w:bCs/>
        </w:rPr>
        <w:t>DOUTORADO</w:t>
      </w:r>
      <w:r w:rsidR="00A70969" w:rsidRPr="00204540">
        <w:rPr>
          <w:rFonts w:asciiTheme="majorHAnsi" w:hAnsiTheme="majorHAnsi" w:cstheme="majorHAnsi"/>
          <w:b/>
          <w:bCs/>
        </w:rPr>
        <w:t xml:space="preserve"> (APCN)</w:t>
      </w:r>
      <w:r w:rsidR="00071A92" w:rsidRPr="00204540">
        <w:rPr>
          <w:rFonts w:asciiTheme="majorHAnsi" w:hAnsiTheme="majorHAnsi" w:cstheme="majorHAnsi"/>
          <w:b/>
          <w:bCs/>
        </w:rPr>
        <w:t xml:space="preserve"> </w:t>
      </w:r>
    </w:p>
    <w:p w14:paraId="0DF775D1" w14:textId="77777777" w:rsidR="00FC09B3" w:rsidRPr="00204540" w:rsidRDefault="00FC09B3" w:rsidP="00D4013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B5136CD" w14:textId="5A531D79" w:rsidR="00953C9D" w:rsidRPr="00204540" w:rsidRDefault="000330CE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 xml:space="preserve">Este formulário tem por finalidade reunir as informações necessárias para subsidiar a elaboração da proposta de criação de Programa de Pós-Graduação Stricto Sensu (APCN), em conformidade com o </w:t>
      </w:r>
      <w:r w:rsidR="008D5989" w:rsidRPr="00204540">
        <w:rPr>
          <w:rFonts w:asciiTheme="majorHAnsi" w:hAnsiTheme="majorHAnsi" w:cstheme="majorHAnsi"/>
          <w:b/>
          <w:bCs/>
          <w:highlight w:val="yellow"/>
        </w:rPr>
        <w:t>Documento Orientador</w:t>
      </w:r>
      <w:r w:rsidR="00A70969" w:rsidRPr="00204540">
        <w:rPr>
          <w:rFonts w:asciiTheme="majorHAnsi" w:hAnsiTheme="majorHAnsi" w:cstheme="majorHAnsi"/>
          <w:b/>
          <w:bCs/>
          <w:highlight w:val="yellow"/>
        </w:rPr>
        <w:t xml:space="preserve"> de APCN </w:t>
      </w:r>
      <w:r w:rsidR="000E57DA" w:rsidRPr="00204540">
        <w:rPr>
          <w:rFonts w:asciiTheme="majorHAnsi" w:hAnsiTheme="majorHAnsi" w:cstheme="majorHAnsi"/>
          <w:b/>
          <w:bCs/>
          <w:highlight w:val="yellow"/>
        </w:rPr>
        <w:t xml:space="preserve">vigente </w:t>
      </w:r>
      <w:r w:rsidR="00A70969" w:rsidRPr="00204540">
        <w:rPr>
          <w:rFonts w:asciiTheme="majorHAnsi" w:hAnsiTheme="majorHAnsi" w:cstheme="majorHAnsi"/>
          <w:b/>
          <w:bCs/>
          <w:highlight w:val="yellow"/>
        </w:rPr>
        <w:t>da respectiva área de avaliação, atualizado e publicado em 26/06/2026</w:t>
      </w:r>
      <w:r w:rsidR="00A70969" w:rsidRPr="00204540">
        <w:rPr>
          <w:rFonts w:asciiTheme="majorHAnsi" w:hAnsiTheme="majorHAnsi" w:cstheme="majorHAnsi"/>
          <w:b/>
          <w:bCs/>
        </w:rPr>
        <w:t xml:space="preserve">, </w:t>
      </w:r>
      <w:r w:rsidR="00953C9D" w:rsidRPr="00204540">
        <w:rPr>
          <w:rFonts w:asciiTheme="majorHAnsi" w:hAnsiTheme="majorHAnsi" w:cstheme="majorHAnsi"/>
          <w:b/>
          <w:bCs/>
        </w:rPr>
        <w:t xml:space="preserve">observando-se os critérios de avaliação, indicadores de qualidade e diretrizes estabelecidas para submissão de APCN. </w:t>
      </w:r>
    </w:p>
    <w:p w14:paraId="7C7873D3" w14:textId="77777777" w:rsidR="000330CE" w:rsidRPr="00204540" w:rsidRDefault="000330CE" w:rsidP="00D40130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7026965" w14:textId="419E99A0" w:rsidR="00FC09B3" w:rsidRPr="00204540" w:rsidRDefault="00953C9D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 xml:space="preserve">Acesso aos documentos de área da CAPES: </w:t>
      </w:r>
      <w:hyperlink r:id="rId7" w:history="1">
        <w:r w:rsidR="00581F80" w:rsidRPr="00204540">
          <w:rPr>
            <w:rStyle w:val="Hyperlink"/>
            <w:rFonts w:asciiTheme="majorHAnsi" w:hAnsiTheme="majorHAnsi" w:cstheme="majorHAnsi"/>
          </w:rPr>
          <w:t>https://www.gov.br/capes/pt-br/acesso-a-informacao/acoes-e-programas/avaliacao/sobre-a-avaliacao/areas-avaliacao/sobre-as-areas-de-avaliacao/sobre-as-areas-de-avaliacao</w:t>
        </w:r>
      </w:hyperlink>
      <w:r w:rsidR="00581F80" w:rsidRPr="00204540">
        <w:rPr>
          <w:rFonts w:asciiTheme="majorHAnsi" w:hAnsiTheme="majorHAnsi" w:cstheme="majorHAnsi"/>
        </w:rPr>
        <w:t xml:space="preserve"> </w:t>
      </w:r>
    </w:p>
    <w:p w14:paraId="6F04A246" w14:textId="77777777" w:rsidR="00953C9D" w:rsidRPr="00204540" w:rsidRDefault="00953C9D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247228C5" w14:textId="77777777" w:rsidR="000330CE" w:rsidRPr="00204540" w:rsidRDefault="000330CE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>As informações prestadas servirão de base para a assessoria técnica da Diretoria de Programas Estratégicos (DPE/PROPESP) durante o processo de elaboração da proposta.</w:t>
      </w:r>
    </w:p>
    <w:p w14:paraId="4A92D51F" w14:textId="77777777" w:rsidR="000330CE" w:rsidRPr="00204540" w:rsidRDefault="000330CE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>Recomenda-se que as respostas sejam objetivas e fundamentadas, sempre que possível, em dados, indicadores, documentos institucionais, normativos, evidências e demais informações que contribuam para demonstrar a consistência, viabilidade e relevância da proposta.</w:t>
      </w:r>
    </w:p>
    <w:p w14:paraId="7E06F201" w14:textId="77777777" w:rsidR="000330CE" w:rsidRPr="00204540" w:rsidRDefault="000330CE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>Quando pertinente, anexar documentos complementares que subsidiem as informações apresentadas.</w:t>
      </w:r>
    </w:p>
    <w:p w14:paraId="0F084C08" w14:textId="77777777" w:rsidR="000330CE" w:rsidRPr="00204540" w:rsidRDefault="000330CE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2CDC28D5" w14:textId="584BE3D2" w:rsidR="00070BA1" w:rsidRPr="00204540" w:rsidRDefault="002A31B9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 xml:space="preserve">1. IDENTIFICAÇÃO DO(A) </w:t>
      </w:r>
      <w:r w:rsidR="00071A92" w:rsidRPr="00204540">
        <w:rPr>
          <w:rFonts w:asciiTheme="majorHAnsi" w:hAnsiTheme="majorHAnsi" w:cstheme="majorHAnsi"/>
          <w:b/>
          <w:bCs/>
        </w:rPr>
        <w:t>PROGRAMA</w:t>
      </w:r>
    </w:p>
    <w:p w14:paraId="5A2D08DF" w14:textId="57FB13AC" w:rsidR="00071A92" w:rsidRPr="00204540" w:rsidRDefault="00162CAA" w:rsidP="00341ED6">
      <w:pPr>
        <w:spacing w:after="0" w:line="240" w:lineRule="auto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 xml:space="preserve">1.1 </w:t>
      </w:r>
      <w:r w:rsidR="00071A92" w:rsidRPr="00204540">
        <w:rPr>
          <w:rFonts w:asciiTheme="majorHAnsi" w:hAnsiTheme="majorHAnsi" w:cstheme="majorHAnsi"/>
        </w:rPr>
        <w:t>Título do Programa: Programa de Pós-graduação em</w:t>
      </w:r>
      <w:r w:rsidR="00341ED6" w:rsidRPr="00204540">
        <w:rPr>
          <w:rFonts w:asciiTheme="majorHAnsi" w:hAnsiTheme="majorHAnsi" w:cstheme="majorHAnsi"/>
        </w:rPr>
        <w:t xml:space="preserve"> </w:t>
      </w:r>
      <w:r w:rsidR="00071A92" w:rsidRPr="00204540">
        <w:rPr>
          <w:rFonts w:asciiTheme="majorHAnsi" w:hAnsiTheme="majorHAnsi" w:cstheme="majorHAnsi"/>
        </w:rPr>
        <w:t>_______</w:t>
      </w:r>
      <w:r w:rsidR="00341ED6" w:rsidRPr="00204540">
        <w:rPr>
          <w:rFonts w:asciiTheme="majorHAnsi" w:hAnsiTheme="majorHAnsi" w:cstheme="majorHAnsi"/>
        </w:rPr>
        <w:t>___________</w:t>
      </w:r>
      <w:r w:rsidR="00071A92" w:rsidRPr="00204540">
        <w:rPr>
          <w:rFonts w:asciiTheme="majorHAnsi" w:hAnsiTheme="majorHAnsi" w:cstheme="majorHAnsi"/>
        </w:rPr>
        <w:t>_______</w:t>
      </w:r>
      <w:r w:rsidR="00720B4F" w:rsidRPr="00204540">
        <w:rPr>
          <w:rFonts w:asciiTheme="majorHAnsi" w:hAnsiTheme="majorHAnsi" w:cstheme="majorHAnsi"/>
        </w:rPr>
        <w:t>_____</w:t>
      </w:r>
      <w:r w:rsidR="00071A92" w:rsidRPr="00204540">
        <w:rPr>
          <w:rFonts w:asciiTheme="majorHAnsi" w:hAnsiTheme="majorHAnsi" w:cstheme="majorHAnsi"/>
        </w:rPr>
        <w:t>__</w:t>
      </w:r>
    </w:p>
    <w:p w14:paraId="0CBA298F" w14:textId="3469C17C" w:rsidR="00071A92" w:rsidRPr="00204540" w:rsidRDefault="00162CAA" w:rsidP="00341ED6">
      <w:pPr>
        <w:spacing w:after="0" w:line="240" w:lineRule="auto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 xml:space="preserve">1.2 </w:t>
      </w:r>
      <w:r w:rsidR="00071A92" w:rsidRPr="00204540">
        <w:rPr>
          <w:rFonts w:asciiTheme="majorHAnsi" w:hAnsiTheme="majorHAnsi" w:cstheme="majorHAnsi"/>
        </w:rPr>
        <w:t xml:space="preserve">Nível: ( ) </w:t>
      </w:r>
      <w:r w:rsidR="004422C0" w:rsidRPr="00204540">
        <w:rPr>
          <w:rFonts w:asciiTheme="majorHAnsi" w:hAnsiTheme="majorHAnsi" w:cstheme="majorHAnsi"/>
        </w:rPr>
        <w:t xml:space="preserve">Doutorado </w:t>
      </w:r>
      <w:r w:rsidR="00071A92" w:rsidRPr="00204540">
        <w:rPr>
          <w:rFonts w:asciiTheme="majorHAnsi" w:hAnsiTheme="majorHAnsi" w:cstheme="majorHAnsi"/>
        </w:rPr>
        <w:t xml:space="preserve">Acadêmico ( ) </w:t>
      </w:r>
      <w:r w:rsidR="004422C0" w:rsidRPr="00204540">
        <w:rPr>
          <w:rFonts w:asciiTheme="majorHAnsi" w:hAnsiTheme="majorHAnsi" w:cstheme="majorHAnsi"/>
        </w:rPr>
        <w:t>Doutorado</w:t>
      </w:r>
      <w:r w:rsidR="00071A92" w:rsidRPr="00204540">
        <w:rPr>
          <w:rFonts w:asciiTheme="majorHAnsi" w:hAnsiTheme="majorHAnsi" w:cstheme="majorHAnsi"/>
        </w:rPr>
        <w:t xml:space="preserve"> Profissional </w:t>
      </w:r>
    </w:p>
    <w:p w14:paraId="5CD8FE8E" w14:textId="4A10C76C" w:rsidR="00071A92" w:rsidRPr="00204540" w:rsidRDefault="00417C60" w:rsidP="00341ED6">
      <w:pPr>
        <w:spacing w:after="0" w:line="240" w:lineRule="auto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 xml:space="preserve">1.3 </w:t>
      </w:r>
      <w:r w:rsidR="00071A92" w:rsidRPr="00204540">
        <w:rPr>
          <w:rFonts w:asciiTheme="majorHAnsi" w:hAnsiTheme="majorHAnsi" w:cstheme="majorHAnsi"/>
        </w:rPr>
        <w:t>Área de Avaliação (CAPES):</w:t>
      </w:r>
      <w:r w:rsidRPr="00204540">
        <w:rPr>
          <w:rFonts w:asciiTheme="majorHAnsi" w:hAnsiTheme="majorHAnsi" w:cstheme="majorHAnsi"/>
        </w:rPr>
        <w:t xml:space="preserve"> </w:t>
      </w:r>
      <w:r w:rsidR="00341ED6" w:rsidRPr="00204540">
        <w:rPr>
          <w:rFonts w:asciiTheme="majorHAnsi" w:hAnsiTheme="majorHAnsi" w:cstheme="majorHAnsi"/>
        </w:rPr>
        <w:t>____</w:t>
      </w:r>
      <w:r w:rsidRPr="00204540">
        <w:rPr>
          <w:rFonts w:asciiTheme="majorHAnsi" w:hAnsiTheme="majorHAnsi" w:cstheme="majorHAnsi"/>
        </w:rPr>
        <w:t>_______________________________________________</w:t>
      </w:r>
    </w:p>
    <w:p w14:paraId="56BABC60" w14:textId="62ED547B" w:rsidR="00341ED6" w:rsidRPr="00204540" w:rsidRDefault="00341ED6" w:rsidP="00341ED6">
      <w:pPr>
        <w:spacing w:after="0" w:line="240" w:lineRule="auto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1.4 Area de avaliação quadrienal: ___________________________________________________</w:t>
      </w:r>
    </w:p>
    <w:p w14:paraId="7F847C9F" w14:textId="2C7460BA" w:rsidR="00417C60" w:rsidRPr="00204540" w:rsidRDefault="00417C60" w:rsidP="00341ED6">
      <w:pPr>
        <w:spacing w:after="0" w:line="240" w:lineRule="auto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1.</w:t>
      </w:r>
      <w:r w:rsidR="00341ED6" w:rsidRPr="00204540">
        <w:rPr>
          <w:rFonts w:asciiTheme="majorHAnsi" w:hAnsiTheme="majorHAnsi" w:cstheme="majorHAnsi"/>
        </w:rPr>
        <w:t>5</w:t>
      </w:r>
      <w:r w:rsidRPr="00204540">
        <w:rPr>
          <w:rFonts w:asciiTheme="majorHAnsi" w:hAnsiTheme="majorHAnsi" w:cstheme="majorHAnsi"/>
        </w:rPr>
        <w:t xml:space="preserve"> linhas de pesquisas:</w:t>
      </w:r>
    </w:p>
    <w:p w14:paraId="18ADE1B1" w14:textId="60EF10DB" w:rsidR="00417C60" w:rsidRPr="00204540" w:rsidRDefault="00417C60" w:rsidP="00341ED6">
      <w:pPr>
        <w:spacing w:after="0" w:line="240" w:lineRule="auto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Linha de Pesquisa 1:</w:t>
      </w:r>
      <w:r w:rsidR="00341ED6" w:rsidRPr="00204540">
        <w:rPr>
          <w:rFonts w:asciiTheme="majorHAnsi" w:hAnsiTheme="majorHAnsi" w:cstheme="majorHAnsi"/>
        </w:rPr>
        <w:t>________</w:t>
      </w:r>
      <w:r w:rsidRPr="00204540">
        <w:rPr>
          <w:rFonts w:asciiTheme="majorHAnsi" w:hAnsiTheme="majorHAnsi" w:cstheme="majorHAnsi"/>
        </w:rPr>
        <w:t>_____________________________________________________</w:t>
      </w:r>
    </w:p>
    <w:p w14:paraId="55B60E36" w14:textId="51887F84" w:rsidR="00341ED6" w:rsidRPr="00204540" w:rsidRDefault="00417C60" w:rsidP="00341ED6">
      <w:pPr>
        <w:spacing w:after="0" w:line="240" w:lineRule="auto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Linha de Pesquisa 2: ___________________________________________</w:t>
      </w:r>
      <w:r w:rsidR="00341ED6" w:rsidRPr="00204540">
        <w:rPr>
          <w:rFonts w:asciiTheme="majorHAnsi" w:hAnsiTheme="majorHAnsi" w:cstheme="majorHAnsi"/>
        </w:rPr>
        <w:t>__________________</w:t>
      </w:r>
    </w:p>
    <w:p w14:paraId="4E9A71A2" w14:textId="77777777" w:rsidR="00934219" w:rsidRPr="00204540" w:rsidRDefault="00934219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4DC8E731" w14:textId="6E1A18FD" w:rsidR="00417C60" w:rsidRPr="00204540" w:rsidRDefault="00417C60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 xml:space="preserve">2. INFORMAR </w:t>
      </w:r>
      <w:r w:rsidR="00934219" w:rsidRPr="00204540">
        <w:rPr>
          <w:rFonts w:asciiTheme="majorHAnsi" w:hAnsiTheme="majorHAnsi" w:cstheme="majorHAnsi"/>
          <w:b/>
          <w:bCs/>
        </w:rPr>
        <w:t>SE HAVERÁ MUDANÇAS</w:t>
      </w:r>
    </w:p>
    <w:p w14:paraId="777EABAE" w14:textId="1CCBB419" w:rsidR="004422C0" w:rsidRPr="00204540" w:rsidRDefault="004422C0" w:rsidP="00D4013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2.</w:t>
      </w:r>
      <w:r w:rsidR="009D02D0" w:rsidRPr="00204540">
        <w:rPr>
          <w:rFonts w:asciiTheme="majorHAnsi" w:hAnsiTheme="majorHAnsi" w:cstheme="majorHAnsi"/>
        </w:rPr>
        <w:t>1</w:t>
      </w:r>
      <w:r w:rsidRPr="00204540">
        <w:rPr>
          <w:rFonts w:asciiTheme="majorHAnsi" w:hAnsiTheme="majorHAnsi" w:cstheme="majorHAnsi"/>
        </w:rPr>
        <w:t xml:space="preserve"> A área de concentração será mantida?</w:t>
      </w:r>
      <w:r w:rsidRPr="00204540">
        <w:rPr>
          <w:rFonts w:asciiTheme="majorHAnsi" w:hAnsiTheme="majorHAnsi" w:cstheme="majorHAnsi"/>
          <w:b/>
          <w:bCs/>
        </w:rPr>
        <w:t xml:space="preserve"> </w:t>
      </w:r>
      <w:r w:rsidRPr="00204540">
        <w:rPr>
          <w:rFonts w:asciiTheme="majorHAnsi" w:hAnsiTheme="majorHAnsi" w:cstheme="majorHAnsi"/>
        </w:rPr>
        <w:t>( ) Sim ( ) Não</w:t>
      </w:r>
    </w:p>
    <w:p w14:paraId="518D345C" w14:textId="3D68D48F" w:rsidR="004422C0" w:rsidRPr="00204540" w:rsidRDefault="004422C0" w:rsidP="00D4013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Caso seja não, justifique</w:t>
      </w:r>
      <w:r w:rsidR="007C6ACA" w:rsidRPr="00204540">
        <w:rPr>
          <w:rFonts w:asciiTheme="majorHAnsi" w:hAnsiTheme="majorHAnsi" w:cstheme="majorHAnsi"/>
        </w:rPr>
        <w:t>.</w:t>
      </w:r>
    </w:p>
    <w:p w14:paraId="3D0B59BE" w14:textId="262E2A90" w:rsidR="004422C0" w:rsidRPr="00204540" w:rsidRDefault="004422C0" w:rsidP="00D4013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</w:t>
      </w:r>
    </w:p>
    <w:p w14:paraId="77FB9BE8" w14:textId="77777777" w:rsidR="00934219" w:rsidRPr="00204540" w:rsidRDefault="00934219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149B761A" w14:textId="3611066C" w:rsidR="004422C0" w:rsidRPr="00204540" w:rsidRDefault="00934219" w:rsidP="00D4013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2</w:t>
      </w:r>
      <w:r w:rsidR="009D02D0" w:rsidRPr="00204540">
        <w:rPr>
          <w:rFonts w:asciiTheme="majorHAnsi" w:hAnsiTheme="majorHAnsi" w:cstheme="majorHAnsi"/>
        </w:rPr>
        <w:t>.</w:t>
      </w:r>
      <w:r w:rsidRPr="00204540">
        <w:rPr>
          <w:rFonts w:asciiTheme="majorHAnsi" w:hAnsiTheme="majorHAnsi" w:cstheme="majorHAnsi"/>
        </w:rPr>
        <w:t>2</w:t>
      </w:r>
      <w:r w:rsidR="004422C0" w:rsidRPr="00204540">
        <w:rPr>
          <w:rFonts w:asciiTheme="majorHAnsi" w:hAnsiTheme="majorHAnsi" w:cstheme="majorHAnsi"/>
        </w:rPr>
        <w:t xml:space="preserve"> </w:t>
      </w:r>
      <w:r w:rsidR="009D02D0" w:rsidRPr="00204540">
        <w:rPr>
          <w:rFonts w:asciiTheme="majorHAnsi" w:hAnsiTheme="majorHAnsi" w:cstheme="majorHAnsi"/>
        </w:rPr>
        <w:t>As linhas de pesquisas serão</w:t>
      </w:r>
      <w:r w:rsidR="004422C0" w:rsidRPr="00204540">
        <w:rPr>
          <w:rFonts w:asciiTheme="majorHAnsi" w:hAnsiTheme="majorHAnsi" w:cstheme="majorHAnsi"/>
        </w:rPr>
        <w:t xml:space="preserve"> </w:t>
      </w:r>
      <w:r w:rsidR="009D02D0" w:rsidRPr="00204540">
        <w:rPr>
          <w:rFonts w:asciiTheme="majorHAnsi" w:hAnsiTheme="majorHAnsi" w:cstheme="majorHAnsi"/>
        </w:rPr>
        <w:t>mantidas</w:t>
      </w:r>
      <w:r w:rsidR="004422C0" w:rsidRPr="00204540">
        <w:rPr>
          <w:rFonts w:asciiTheme="majorHAnsi" w:hAnsiTheme="majorHAnsi" w:cstheme="majorHAnsi"/>
          <w:b/>
          <w:bCs/>
        </w:rPr>
        <w:t xml:space="preserve">? </w:t>
      </w:r>
      <w:r w:rsidR="004422C0" w:rsidRPr="00204540">
        <w:rPr>
          <w:rFonts w:asciiTheme="majorHAnsi" w:hAnsiTheme="majorHAnsi" w:cstheme="majorHAnsi"/>
        </w:rPr>
        <w:t>( ) Sim ( ) Não</w:t>
      </w:r>
    </w:p>
    <w:p w14:paraId="2B0E7CC4" w14:textId="2BC007D8" w:rsidR="004422C0" w:rsidRPr="00204540" w:rsidRDefault="004422C0" w:rsidP="00D4013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Caso seja não, justifique</w:t>
      </w:r>
      <w:r w:rsidR="007C6ACA" w:rsidRPr="00204540">
        <w:rPr>
          <w:rFonts w:asciiTheme="majorHAnsi" w:hAnsiTheme="majorHAnsi" w:cstheme="majorHAnsi"/>
        </w:rPr>
        <w:t>.</w:t>
      </w:r>
    </w:p>
    <w:p w14:paraId="65D54351" w14:textId="7795D5CC" w:rsidR="004422C0" w:rsidRPr="00204540" w:rsidRDefault="004422C0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</w:t>
      </w:r>
    </w:p>
    <w:p w14:paraId="00ED20EF" w14:textId="77777777" w:rsidR="00417C60" w:rsidRPr="00204540" w:rsidRDefault="00417C60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58864202" w14:textId="447E1CD4" w:rsidR="00417C60" w:rsidRPr="00204540" w:rsidRDefault="00417C60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 xml:space="preserve">3. </w:t>
      </w:r>
      <w:r w:rsidR="008406FA" w:rsidRPr="00204540">
        <w:rPr>
          <w:rFonts w:asciiTheme="majorHAnsi" w:hAnsiTheme="majorHAnsi" w:cstheme="majorHAnsi"/>
          <w:b/>
          <w:bCs/>
        </w:rPr>
        <w:t>PARA A CRIAÇÃO DO DOUTORADO</w:t>
      </w:r>
    </w:p>
    <w:p w14:paraId="44D9542C" w14:textId="3525107E" w:rsidR="00417C60" w:rsidRPr="00204540" w:rsidRDefault="00417C60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lastRenderedPageBreak/>
        <w:t xml:space="preserve">3.1. </w:t>
      </w:r>
      <w:r w:rsidR="00660984" w:rsidRPr="00204540">
        <w:rPr>
          <w:rFonts w:asciiTheme="majorHAnsi" w:hAnsiTheme="majorHAnsi" w:cstheme="majorHAnsi"/>
          <w:b/>
          <w:bCs/>
        </w:rPr>
        <w:t>Justificativa</w:t>
      </w:r>
      <w:r w:rsidRPr="00204540">
        <w:rPr>
          <w:rFonts w:asciiTheme="majorHAnsi" w:hAnsiTheme="majorHAnsi" w:cstheme="majorHAnsi"/>
          <w:b/>
          <w:bCs/>
        </w:rPr>
        <w:t xml:space="preserve"> - </w:t>
      </w:r>
      <w:r w:rsidRPr="00204540">
        <w:rPr>
          <w:rFonts w:asciiTheme="majorHAnsi" w:hAnsiTheme="majorHAnsi" w:cstheme="majorHAnsi"/>
          <w:i/>
          <w:iCs/>
        </w:rPr>
        <w:t>Por que o Programa possui condições para ofertar o Doutorado?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417C60" w:rsidRPr="00204540" w14:paraId="5FA8DFDC" w14:textId="77777777" w:rsidTr="00475F75">
        <w:tc>
          <w:tcPr>
            <w:tcW w:w="9545" w:type="dxa"/>
          </w:tcPr>
          <w:p w14:paraId="607F070E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bookmarkStart w:id="0" w:name="_Hlk227144946"/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043E9395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FB07964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02DEF5B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D4463FA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3BC5992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BC4F129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D647170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1608A5D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bookmarkEnd w:id="0"/>
    </w:tbl>
    <w:p w14:paraId="6CA0DF19" w14:textId="77777777" w:rsidR="00417C60" w:rsidRPr="00204540" w:rsidRDefault="00417C60" w:rsidP="00D4013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29BBCA9" w14:textId="59D2B937" w:rsidR="00417C60" w:rsidRPr="00204540" w:rsidRDefault="00417C60" w:rsidP="00D4013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  <w:b/>
          <w:bCs/>
        </w:rPr>
        <w:t xml:space="preserve">3.2 </w:t>
      </w:r>
      <w:r w:rsidR="00660984" w:rsidRPr="00204540">
        <w:rPr>
          <w:rFonts w:asciiTheme="majorHAnsi" w:hAnsiTheme="majorHAnsi" w:cstheme="majorHAnsi"/>
          <w:b/>
          <w:bCs/>
        </w:rPr>
        <w:t xml:space="preserve">Evolução do Programa </w:t>
      </w:r>
      <w:r w:rsidRPr="00204540">
        <w:rPr>
          <w:rFonts w:asciiTheme="majorHAnsi" w:hAnsiTheme="majorHAnsi" w:cstheme="majorHAnsi"/>
          <w:b/>
          <w:bCs/>
        </w:rPr>
        <w:t xml:space="preserve">- </w:t>
      </w:r>
      <w:r w:rsidRPr="00204540">
        <w:rPr>
          <w:rFonts w:asciiTheme="majorHAnsi" w:hAnsiTheme="majorHAnsi" w:cstheme="majorHAnsi"/>
          <w:i/>
          <w:iCs/>
        </w:rPr>
        <w:t>Descrever: evolução desde sua criação; consolidação acadêmica; crescimento institucional.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417C60" w:rsidRPr="00204540" w14:paraId="3B2ACBC5" w14:textId="77777777" w:rsidTr="00475F75">
        <w:tc>
          <w:tcPr>
            <w:tcW w:w="9545" w:type="dxa"/>
          </w:tcPr>
          <w:p w14:paraId="5BA1A5E4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6365F777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9D36FB0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F709C84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E3124CF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E5DDD28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1FA3E11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82BF9CE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A1B0F68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73D806E0" w14:textId="77777777" w:rsidR="00417C60" w:rsidRPr="00204540" w:rsidRDefault="00417C60" w:rsidP="00D4013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C9CF355" w14:textId="11A7C3B6" w:rsidR="00417C60" w:rsidRPr="00204540" w:rsidRDefault="00417C60" w:rsidP="00D40130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204540">
        <w:rPr>
          <w:rFonts w:asciiTheme="majorHAnsi" w:hAnsiTheme="majorHAnsi" w:cstheme="majorHAnsi"/>
          <w:b/>
          <w:bCs/>
        </w:rPr>
        <w:t xml:space="preserve">3.3 Impacto e Inserção Regional - </w:t>
      </w:r>
      <w:r w:rsidRPr="00204540">
        <w:rPr>
          <w:rFonts w:asciiTheme="majorHAnsi" w:hAnsiTheme="majorHAnsi" w:cstheme="majorHAnsi"/>
          <w:i/>
          <w:iCs/>
        </w:rPr>
        <w:t>Descreva como a criação do Doutorado contribuirá para: desenvolvimento científico; desenvolvimento regional; inovação; formação de recursos humanos; fortalecimento da área; atendimento às demandas da sociedade.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417C60" w:rsidRPr="00204540" w14:paraId="75341279" w14:textId="77777777" w:rsidTr="00475F75">
        <w:tc>
          <w:tcPr>
            <w:tcW w:w="9545" w:type="dxa"/>
          </w:tcPr>
          <w:p w14:paraId="3C2FCFC9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11431C94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6AC02FA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FFB06EA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C450D88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0250209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6CBCED7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3CAD117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6C4566B" w14:textId="77777777" w:rsidR="00417C60" w:rsidRPr="00204540" w:rsidRDefault="00417C6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69B5905C" w14:textId="77777777" w:rsidR="00417C60" w:rsidRPr="00204540" w:rsidRDefault="00417C60" w:rsidP="00D40130">
      <w:pPr>
        <w:spacing w:after="0" w:line="240" w:lineRule="auto"/>
        <w:rPr>
          <w:rFonts w:asciiTheme="majorHAnsi" w:hAnsiTheme="majorHAnsi" w:cstheme="majorHAnsi"/>
          <w:b/>
          <w:bCs/>
          <w:color w:val="EE0000"/>
        </w:rPr>
      </w:pPr>
    </w:p>
    <w:p w14:paraId="2AEF5977" w14:textId="3DA6B2CC" w:rsidR="00417C60" w:rsidRPr="00204540" w:rsidRDefault="00660984" w:rsidP="00D40130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204540">
        <w:rPr>
          <w:rFonts w:asciiTheme="majorHAnsi" w:hAnsiTheme="majorHAnsi" w:cstheme="majorHAnsi"/>
          <w:b/>
          <w:bCs/>
        </w:rPr>
        <w:t>3.4</w:t>
      </w:r>
      <w:r w:rsidR="00417C60" w:rsidRPr="00204540">
        <w:rPr>
          <w:rFonts w:asciiTheme="majorHAnsi" w:hAnsiTheme="majorHAnsi" w:cstheme="majorHAnsi"/>
          <w:b/>
          <w:bCs/>
        </w:rPr>
        <w:t xml:space="preserve"> </w:t>
      </w:r>
      <w:r w:rsidRPr="00204540">
        <w:rPr>
          <w:rFonts w:asciiTheme="majorHAnsi" w:hAnsiTheme="majorHAnsi" w:cstheme="majorHAnsi"/>
          <w:b/>
          <w:bCs/>
        </w:rPr>
        <w:t xml:space="preserve">Maturidade Acadêmica </w:t>
      </w:r>
      <w:r w:rsidR="00417C60" w:rsidRPr="00204540">
        <w:rPr>
          <w:rFonts w:asciiTheme="majorHAnsi" w:hAnsiTheme="majorHAnsi" w:cstheme="majorHAnsi"/>
          <w:b/>
          <w:bCs/>
        </w:rPr>
        <w:t xml:space="preserve">- </w:t>
      </w:r>
      <w:r w:rsidR="00417C60" w:rsidRPr="00204540">
        <w:rPr>
          <w:rFonts w:asciiTheme="majorHAnsi" w:hAnsiTheme="majorHAnsi" w:cstheme="majorHAnsi"/>
          <w:i/>
          <w:iCs/>
        </w:rPr>
        <w:t>Descreva as principais evidências que demonstram a consolidação do Programa, contemplando, quando pertinente: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660984" w:rsidRPr="00204540" w14:paraId="15D81189" w14:textId="77777777" w:rsidTr="00475F75">
        <w:tc>
          <w:tcPr>
            <w:tcW w:w="9545" w:type="dxa"/>
          </w:tcPr>
          <w:p w14:paraId="70A03C10" w14:textId="77777777" w:rsidR="00660984" w:rsidRPr="00204540" w:rsidRDefault="0066098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4E2D322A" w14:textId="77777777" w:rsidR="00660984" w:rsidRPr="00204540" w:rsidRDefault="0066098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6EA54F1" w14:textId="77777777" w:rsidR="00660984" w:rsidRPr="00204540" w:rsidRDefault="0066098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6C979AA" w14:textId="77777777" w:rsidR="00660984" w:rsidRPr="00204540" w:rsidRDefault="0066098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A4D5FFA" w14:textId="77777777" w:rsidR="00660984" w:rsidRPr="00204540" w:rsidRDefault="0066098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567BEE7" w14:textId="77777777" w:rsidR="00660984" w:rsidRPr="00204540" w:rsidRDefault="0066098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8138FE5" w14:textId="77777777" w:rsidR="00660984" w:rsidRPr="00204540" w:rsidRDefault="0066098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183EDD9" w14:textId="77777777" w:rsidR="00660984" w:rsidRPr="00204540" w:rsidRDefault="0066098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D489DBB" w14:textId="77777777" w:rsidR="00660984" w:rsidRPr="00204540" w:rsidRDefault="0066098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030AB3B6" w14:textId="77777777" w:rsidR="00417C60" w:rsidRPr="00204540" w:rsidRDefault="00417C60" w:rsidP="00D4013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1DB5AF0" w14:textId="38E70F8C" w:rsidR="006F5CAA" w:rsidRPr="00204540" w:rsidRDefault="006F5CAA" w:rsidP="006F5CAA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b/>
          <w:bCs/>
          <w:i/>
          <w:iCs/>
        </w:rPr>
      </w:pPr>
      <w:r w:rsidRPr="00204540">
        <w:rPr>
          <w:rFonts w:asciiTheme="majorHAnsi" w:hAnsiTheme="majorHAnsi" w:cstheme="majorHAnsi"/>
          <w:b/>
          <w:bCs/>
        </w:rPr>
        <w:lastRenderedPageBreak/>
        <w:t xml:space="preserve">4.5 Captação de recursos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6F5CAA" w:rsidRPr="00204540" w14:paraId="0A911F95" w14:textId="77777777" w:rsidTr="00A831D0">
        <w:tc>
          <w:tcPr>
            <w:tcW w:w="9545" w:type="dxa"/>
          </w:tcPr>
          <w:p w14:paraId="673C8F17" w14:textId="77777777" w:rsidR="006F5CAA" w:rsidRPr="00204540" w:rsidRDefault="006F5CAA" w:rsidP="00A831D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194A4065" w14:textId="77777777" w:rsidR="006F5CAA" w:rsidRPr="00204540" w:rsidRDefault="006F5CAA" w:rsidP="00A831D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09530C4" w14:textId="77777777" w:rsidR="006F5CAA" w:rsidRPr="00204540" w:rsidRDefault="006F5CAA" w:rsidP="00A831D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67CB363" w14:textId="77777777" w:rsidR="006F5CAA" w:rsidRPr="00204540" w:rsidRDefault="006F5CAA" w:rsidP="00A831D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8FA8AD1" w14:textId="77777777" w:rsidR="006F5CAA" w:rsidRPr="00204540" w:rsidRDefault="006F5CAA" w:rsidP="00A831D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EAC7A6C" w14:textId="77777777" w:rsidR="006F5CAA" w:rsidRPr="00204540" w:rsidRDefault="006F5CAA" w:rsidP="00A831D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9E15CDE" w14:textId="77777777" w:rsidR="006F5CAA" w:rsidRPr="00204540" w:rsidRDefault="006F5CAA" w:rsidP="00A831D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5B4B678" w14:textId="77777777" w:rsidR="006F5CAA" w:rsidRPr="00204540" w:rsidRDefault="006F5CAA" w:rsidP="00A831D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0C90352" w14:textId="77777777" w:rsidR="006F5CAA" w:rsidRPr="00204540" w:rsidRDefault="006F5CAA" w:rsidP="00A831D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7C7552D8" w14:textId="77777777" w:rsidR="006F5CAA" w:rsidRPr="00204540" w:rsidRDefault="006F5CAA" w:rsidP="006F5CAA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393615B" w14:textId="5DB0C382" w:rsidR="00D74DE4" w:rsidRPr="00204540" w:rsidRDefault="00660984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>4</w:t>
      </w:r>
      <w:r w:rsidR="00D74DE4" w:rsidRPr="00204540">
        <w:rPr>
          <w:rFonts w:asciiTheme="majorHAnsi" w:hAnsiTheme="majorHAnsi" w:cstheme="majorHAnsi"/>
          <w:b/>
          <w:bCs/>
        </w:rPr>
        <w:t>. PLANEJAMENTO</w:t>
      </w:r>
    </w:p>
    <w:p w14:paraId="6819590E" w14:textId="168EDFB3" w:rsidR="00D74DE4" w:rsidRPr="00204540" w:rsidRDefault="00D74DE4" w:rsidP="00D40130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204540">
        <w:rPr>
          <w:rFonts w:asciiTheme="majorHAnsi" w:hAnsiTheme="majorHAnsi" w:cstheme="majorHAnsi"/>
          <w:b/>
          <w:bCs/>
        </w:rPr>
        <w:t xml:space="preserve">4.1 Planejamento e Gestão do Programa </w:t>
      </w:r>
      <w:r w:rsidRPr="00204540">
        <w:rPr>
          <w:rFonts w:asciiTheme="majorHAnsi" w:hAnsiTheme="majorHAnsi" w:cstheme="majorHAnsi"/>
        </w:rPr>
        <w:t xml:space="preserve">- </w:t>
      </w:r>
      <w:r w:rsidRPr="00204540">
        <w:rPr>
          <w:rFonts w:asciiTheme="majorHAnsi" w:hAnsiTheme="majorHAnsi" w:cstheme="majorHAnsi"/>
          <w:i/>
          <w:iCs/>
        </w:rPr>
        <w:t>Descrever: missão; visão; objetivos estratégicos; metas de curto, médio e longo prazo</w:t>
      </w:r>
      <w:r w:rsidR="006F5CAA" w:rsidRPr="00204540">
        <w:rPr>
          <w:rFonts w:asciiTheme="majorHAnsi" w:hAnsiTheme="majorHAnsi" w:cstheme="majorHAnsi"/>
          <w:i/>
          <w:iCs/>
        </w:rPr>
        <w:t>, incluindo as estratégias para implantação, consolidação e acompanhamento do curso de Doutorado.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D74DE4" w:rsidRPr="00204540" w14:paraId="0390B45B" w14:textId="77777777" w:rsidTr="00475F75">
        <w:tc>
          <w:tcPr>
            <w:tcW w:w="9545" w:type="dxa"/>
          </w:tcPr>
          <w:p w14:paraId="2F7A4CB9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01DE187F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05E77F5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32CD836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A6F50CD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B7BC9BA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6F6BBB6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28C1879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393AE40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6163B823" w14:textId="77777777" w:rsidR="00D74DE4" w:rsidRPr="00204540" w:rsidRDefault="00D74DE4" w:rsidP="00D4013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99BEF94" w14:textId="43F5AE86" w:rsidR="00D74DE4" w:rsidRPr="00204540" w:rsidRDefault="00D74DE4" w:rsidP="00D40130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204540">
        <w:rPr>
          <w:rFonts w:asciiTheme="majorHAnsi" w:hAnsiTheme="majorHAnsi" w:cstheme="majorHAnsi"/>
          <w:b/>
          <w:bCs/>
        </w:rPr>
        <w:t xml:space="preserve">4.2 Autoavaliação </w:t>
      </w:r>
      <w:r w:rsidRPr="00204540">
        <w:rPr>
          <w:rFonts w:asciiTheme="majorHAnsi" w:hAnsiTheme="majorHAnsi" w:cstheme="majorHAnsi"/>
        </w:rPr>
        <w:t xml:space="preserve">- </w:t>
      </w:r>
      <w:r w:rsidRPr="00204540">
        <w:rPr>
          <w:rFonts w:asciiTheme="majorHAnsi" w:hAnsiTheme="majorHAnsi" w:cstheme="majorHAnsi"/>
          <w:i/>
          <w:iCs/>
        </w:rPr>
        <w:t>Descreva os principais resultados da autoavaliação e como eles fundamentam a criação do Doutorado.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D74DE4" w:rsidRPr="00204540" w14:paraId="59EAA3E3" w14:textId="77777777" w:rsidTr="00475F75">
        <w:tc>
          <w:tcPr>
            <w:tcW w:w="9545" w:type="dxa"/>
          </w:tcPr>
          <w:p w14:paraId="7E42EAEF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683BE1C9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C51CBBC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901E4D5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8B48AAE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139241A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82AF30E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2BB326E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28A97B4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199E30F4" w14:textId="77777777" w:rsidR="00D74DE4" w:rsidRPr="00204540" w:rsidRDefault="00D74DE4" w:rsidP="00D4013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4C8D349" w14:textId="56D0FD9F" w:rsidR="00D74DE4" w:rsidRPr="00204540" w:rsidRDefault="00D74DE4" w:rsidP="00D40130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204540">
        <w:rPr>
          <w:rFonts w:asciiTheme="majorHAnsi" w:hAnsiTheme="majorHAnsi" w:cstheme="majorHAnsi"/>
          <w:b/>
          <w:bCs/>
        </w:rPr>
        <w:t>4.3 Politicas Institucionais</w:t>
      </w:r>
      <w:r w:rsidRPr="00204540">
        <w:rPr>
          <w:rFonts w:asciiTheme="majorHAnsi" w:hAnsiTheme="majorHAnsi" w:cstheme="majorHAnsi"/>
          <w:i/>
          <w:iCs/>
        </w:rPr>
        <w:t xml:space="preserve"> - Descrever como o Programa pretende desenvolver ações relacionadas a: Políticas afirmativas; Inclusão; Permanência estudantil; Acessibilidade; Equidade; Popularização da Ciência; Divulgação Científica; Ciência Aberta (quando pertinente à área).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D74DE4" w:rsidRPr="00204540" w14:paraId="4D2E47D8" w14:textId="77777777" w:rsidTr="00475F75">
        <w:tc>
          <w:tcPr>
            <w:tcW w:w="9545" w:type="dxa"/>
          </w:tcPr>
          <w:p w14:paraId="075E7EC6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4F3230F2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38C8489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0C566B1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00175DC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3133F6F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47535E0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FA0C72F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6065D18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0387196A" w14:textId="77777777" w:rsidR="00D74DE4" w:rsidRPr="00204540" w:rsidRDefault="00D74DE4" w:rsidP="00D4013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0E6B938" w14:textId="211E4275" w:rsidR="00D74DE4" w:rsidRPr="00204540" w:rsidRDefault="00D74DE4" w:rsidP="00D40130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204540">
        <w:rPr>
          <w:rFonts w:asciiTheme="majorHAnsi" w:hAnsiTheme="majorHAnsi" w:cstheme="majorHAnsi"/>
          <w:b/>
          <w:bCs/>
        </w:rPr>
        <w:t xml:space="preserve">4.4 Processos Híbridos de Ensino e Aprendizagem (PHEA) </w:t>
      </w:r>
      <w:r w:rsidRPr="00204540">
        <w:rPr>
          <w:rFonts w:asciiTheme="majorHAnsi" w:hAnsiTheme="majorHAnsi" w:cstheme="majorHAnsi"/>
          <w:i/>
          <w:iCs/>
        </w:rPr>
        <w:t>- Caso a proposta multicampi que preveja a utilização de PHEA, descrever: objetivos; metodologia; justificativa; forma de implementação.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D74DE4" w:rsidRPr="00204540" w14:paraId="29AEF245" w14:textId="77777777" w:rsidTr="00475F75">
        <w:tc>
          <w:tcPr>
            <w:tcW w:w="9545" w:type="dxa"/>
          </w:tcPr>
          <w:p w14:paraId="5E5C7EA5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1D736FF6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09AF90C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451228C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7A6F89A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B9BF813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988B95C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D3BCAB4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9DC0B6C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37911835" w14:textId="77777777" w:rsidR="00D74DE4" w:rsidRPr="00204540" w:rsidRDefault="00D74DE4" w:rsidP="00D4013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45A8C9C" w14:textId="078B4E70" w:rsidR="00D74DE4" w:rsidRPr="00204540" w:rsidRDefault="00D74DE4" w:rsidP="00D40130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204540">
        <w:rPr>
          <w:rFonts w:asciiTheme="majorHAnsi" w:hAnsiTheme="majorHAnsi" w:cstheme="majorHAnsi"/>
          <w:b/>
          <w:bCs/>
        </w:rPr>
        <w:t xml:space="preserve">4.5 Formas Associativas </w:t>
      </w:r>
      <w:r w:rsidRPr="00204540">
        <w:rPr>
          <w:rFonts w:asciiTheme="majorHAnsi" w:hAnsiTheme="majorHAnsi" w:cstheme="majorHAnsi"/>
          <w:i/>
          <w:iCs/>
        </w:rPr>
        <w:t>- Caso a proposta envolva associação com outras instituições ou campi, descrever: instituições participantes; forma de organização; responsabilidades de cada instituição; justificativa da associação.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D74DE4" w:rsidRPr="00204540" w14:paraId="43CE45BE" w14:textId="77777777" w:rsidTr="00475F75">
        <w:tc>
          <w:tcPr>
            <w:tcW w:w="9545" w:type="dxa"/>
          </w:tcPr>
          <w:p w14:paraId="30D110F8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5F84BAD5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20054D3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1C2D527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A782359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DF0C035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80A97E8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9727347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6BD3606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5B566163" w14:textId="77777777" w:rsidR="00D74DE4" w:rsidRPr="00204540" w:rsidRDefault="00D74DE4" w:rsidP="00D4013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DF54065" w14:textId="69B3377E" w:rsidR="00D74DE4" w:rsidRPr="00204540" w:rsidRDefault="00D74DE4" w:rsidP="00D40130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204540">
        <w:rPr>
          <w:rFonts w:asciiTheme="majorHAnsi" w:hAnsiTheme="majorHAnsi" w:cstheme="majorHAnsi"/>
          <w:b/>
          <w:bCs/>
        </w:rPr>
        <w:t xml:space="preserve">4.6 Alinhamento a Agendas Estratégicas e Sustentabilidade </w:t>
      </w:r>
      <w:r w:rsidRPr="00204540">
        <w:rPr>
          <w:rFonts w:asciiTheme="majorHAnsi" w:hAnsiTheme="majorHAnsi" w:cstheme="majorHAnsi"/>
        </w:rPr>
        <w:t xml:space="preserve">- </w:t>
      </w:r>
      <w:r w:rsidRPr="00204540">
        <w:rPr>
          <w:rFonts w:asciiTheme="majorHAnsi" w:hAnsiTheme="majorHAnsi" w:cstheme="majorHAnsi"/>
          <w:i/>
          <w:iCs/>
        </w:rPr>
        <w:t>Quando pertinente à Área de Avaliação da CAPES, indicar como a proposta se articula com os Objetivos do Desenvolvimento Sustentável (ODS), a Agenda 2030 e outras agendas nacionais ou internacionais relacionadas ao campo de conhecimento.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D74DE4" w:rsidRPr="00204540" w14:paraId="75F2DA42" w14:textId="77777777" w:rsidTr="00475F75">
        <w:tc>
          <w:tcPr>
            <w:tcW w:w="9545" w:type="dxa"/>
          </w:tcPr>
          <w:p w14:paraId="04B42FCC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0F9A5511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EBE2A3E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06767C9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A056D00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D3370D1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97BD745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EFE47A3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C0EFC53" w14:textId="77777777" w:rsidR="00D74DE4" w:rsidRPr="00204540" w:rsidRDefault="00D74DE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433BF37F" w14:textId="77777777" w:rsidR="00740A13" w:rsidRPr="00204540" w:rsidRDefault="00740A13" w:rsidP="00D4013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DF93509" w14:textId="4CC6CCCE" w:rsidR="00740A13" w:rsidRPr="00204540" w:rsidRDefault="0025686D" w:rsidP="00D40130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b/>
          <w:bCs/>
          <w:i/>
          <w:iCs/>
        </w:rPr>
      </w:pPr>
      <w:r w:rsidRPr="00204540">
        <w:rPr>
          <w:rFonts w:asciiTheme="majorHAnsi" w:hAnsiTheme="majorHAnsi" w:cstheme="majorHAnsi"/>
          <w:b/>
          <w:bCs/>
        </w:rPr>
        <w:t>4.7</w:t>
      </w:r>
      <w:r w:rsidR="00740A13" w:rsidRPr="00204540">
        <w:rPr>
          <w:rFonts w:asciiTheme="majorHAnsi" w:hAnsiTheme="majorHAnsi" w:cstheme="majorHAnsi"/>
          <w:b/>
          <w:bCs/>
        </w:rPr>
        <w:t xml:space="preserve"> Inserção Nacional e Internacional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740A13" w:rsidRPr="00204540" w14:paraId="39FBC779" w14:textId="77777777" w:rsidTr="00475F75">
        <w:tc>
          <w:tcPr>
            <w:tcW w:w="9545" w:type="dxa"/>
          </w:tcPr>
          <w:p w14:paraId="0C749BAD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7084E3A2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51DA900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DE9353F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6ACA056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78FACAE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DE053D8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1FD6DFF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2719205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0B2037E4" w14:textId="77777777" w:rsidR="00740A13" w:rsidRPr="00204540" w:rsidRDefault="00740A13" w:rsidP="00D4013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0CF904C3" w14:textId="5A0E5101" w:rsidR="00740A13" w:rsidRPr="00204540" w:rsidRDefault="0025686D" w:rsidP="00D40130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b/>
          <w:bCs/>
          <w:i/>
          <w:iCs/>
        </w:rPr>
      </w:pPr>
      <w:r w:rsidRPr="00204540">
        <w:rPr>
          <w:rFonts w:asciiTheme="majorHAnsi" w:hAnsiTheme="majorHAnsi" w:cstheme="majorHAnsi"/>
          <w:b/>
          <w:bCs/>
        </w:rPr>
        <w:t>4.9</w:t>
      </w:r>
      <w:r w:rsidR="00740A13" w:rsidRPr="00204540">
        <w:rPr>
          <w:rFonts w:asciiTheme="majorHAnsi" w:hAnsiTheme="majorHAnsi" w:cstheme="majorHAnsi"/>
          <w:b/>
          <w:bCs/>
        </w:rPr>
        <w:t xml:space="preserve"> Capacidade de orientação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740A13" w:rsidRPr="00204540" w14:paraId="3CDCEA36" w14:textId="77777777" w:rsidTr="00475F75">
        <w:tc>
          <w:tcPr>
            <w:tcW w:w="9545" w:type="dxa"/>
          </w:tcPr>
          <w:p w14:paraId="4838554D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342D481C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8342B8B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4775761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15FDC96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59E30C0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0C0E973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3C8C75B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894BB29" w14:textId="77777777" w:rsidR="00740A13" w:rsidRPr="00204540" w:rsidRDefault="00740A13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391DB1D4" w14:textId="77777777" w:rsidR="00740A13" w:rsidRPr="00204540" w:rsidRDefault="00740A13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EE0000"/>
        </w:rPr>
      </w:pPr>
    </w:p>
    <w:p w14:paraId="1EDDC4C8" w14:textId="799E9475" w:rsidR="00B30BE7" w:rsidRPr="00204540" w:rsidRDefault="0025686D" w:rsidP="00D40130">
      <w:pPr>
        <w:tabs>
          <w:tab w:val="num" w:pos="720"/>
        </w:tabs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204540">
        <w:rPr>
          <w:rFonts w:asciiTheme="majorHAnsi" w:hAnsiTheme="majorHAnsi" w:cstheme="majorHAnsi"/>
          <w:b/>
          <w:bCs/>
        </w:rPr>
        <w:t>4.10</w:t>
      </w:r>
      <w:r w:rsidR="00B30BE7" w:rsidRPr="00204540">
        <w:rPr>
          <w:rFonts w:asciiTheme="majorHAnsi" w:hAnsiTheme="majorHAnsi" w:cstheme="majorHAnsi"/>
          <w:b/>
          <w:bCs/>
        </w:rPr>
        <w:t xml:space="preserve"> Infraestrutura </w:t>
      </w:r>
      <w:r w:rsidR="004D0F88" w:rsidRPr="00204540">
        <w:rPr>
          <w:rFonts w:asciiTheme="majorHAnsi" w:hAnsiTheme="majorHAnsi" w:cstheme="majorHAnsi"/>
          <w:b/>
          <w:bCs/>
        </w:rPr>
        <w:t xml:space="preserve">- </w:t>
      </w:r>
      <w:r w:rsidR="008406FA" w:rsidRPr="00204540">
        <w:rPr>
          <w:rFonts w:asciiTheme="majorHAnsi" w:hAnsiTheme="majorHAnsi" w:cstheme="majorHAnsi"/>
          <w:i/>
          <w:iCs/>
        </w:rPr>
        <w:t>A infraestrutura atualmente disponível é suficiente para a implantação do Doutorado? Caso sejam necessárias ampliações ou adequações, descrevê-las. A analise deverá contemplar</w:t>
      </w:r>
      <w:r w:rsidR="00B30BE7" w:rsidRPr="00204540">
        <w:rPr>
          <w:rFonts w:asciiTheme="majorHAnsi" w:hAnsiTheme="majorHAnsi" w:cstheme="majorHAnsi"/>
          <w:i/>
          <w:iCs/>
        </w:rPr>
        <w:t>: salas de aula; laboratórios; biblioteca; equipamentos; softwares; bases de dados; infraestrutura tecnológica; secretaria; apoio técnico-administrativo.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2E2575" w:rsidRPr="00204540" w14:paraId="1943897C" w14:textId="77777777" w:rsidTr="003317B6">
        <w:tc>
          <w:tcPr>
            <w:tcW w:w="9545" w:type="dxa"/>
          </w:tcPr>
          <w:p w14:paraId="03D5C888" w14:textId="638E7631" w:rsidR="00B30BE7" w:rsidRPr="00204540" w:rsidRDefault="00003834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3B7AC340" w14:textId="77777777" w:rsidR="00B30BE7" w:rsidRPr="00204540" w:rsidRDefault="00B30BE7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6FA150C7" w14:textId="77777777" w:rsidR="00B30BE7" w:rsidRPr="00204540" w:rsidRDefault="00B30BE7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1AA4DD07" w14:textId="77777777" w:rsidR="00B30BE7" w:rsidRPr="00204540" w:rsidRDefault="00B30BE7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41C01D66" w14:textId="77777777" w:rsidR="00B30BE7" w:rsidRPr="00204540" w:rsidRDefault="00B30BE7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234B351" w14:textId="77777777" w:rsidR="00B30BE7" w:rsidRPr="00204540" w:rsidRDefault="00B30BE7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ACFD510" w14:textId="77777777" w:rsidR="00B30BE7" w:rsidRPr="00204540" w:rsidRDefault="00B30BE7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22D87DA" w14:textId="77777777" w:rsidR="00B30BE7" w:rsidRPr="00204540" w:rsidRDefault="00B30BE7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7C19A27" w14:textId="77777777" w:rsidR="00B30BE7" w:rsidRPr="00204540" w:rsidRDefault="00B30BE7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4EFE202E" w14:textId="77777777" w:rsidR="00B30BE7" w:rsidRPr="00204540" w:rsidRDefault="00B30BE7" w:rsidP="00D4013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3125E0D" w14:textId="7A358D7F" w:rsidR="002E2575" w:rsidRPr="00204540" w:rsidRDefault="0025686D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>5</w:t>
      </w:r>
      <w:r w:rsidR="002E2575" w:rsidRPr="00204540">
        <w:rPr>
          <w:rFonts w:asciiTheme="majorHAnsi" w:hAnsiTheme="majorHAnsi" w:cstheme="majorHAnsi"/>
          <w:b/>
          <w:bCs/>
        </w:rPr>
        <w:t>. CORPO DOCENTE</w:t>
      </w:r>
    </w:p>
    <w:p w14:paraId="02AEFCE8" w14:textId="680B8D2C" w:rsidR="002E2575" w:rsidRPr="00204540" w:rsidRDefault="0025686D" w:rsidP="00D4013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5</w:t>
      </w:r>
      <w:r w:rsidR="008406FA" w:rsidRPr="00204540">
        <w:rPr>
          <w:rFonts w:asciiTheme="majorHAnsi" w:hAnsiTheme="majorHAnsi" w:cstheme="majorHAnsi"/>
        </w:rPr>
        <w:t xml:space="preserve">.1 </w:t>
      </w:r>
      <w:r w:rsidR="002E2575" w:rsidRPr="00204540">
        <w:rPr>
          <w:rFonts w:asciiTheme="majorHAnsi" w:hAnsiTheme="majorHAnsi" w:cstheme="majorHAnsi"/>
        </w:rPr>
        <w:t xml:space="preserve">Informe o percentual de </w:t>
      </w:r>
      <w:r w:rsidR="002E2575" w:rsidRPr="00204540">
        <w:rPr>
          <w:rFonts w:asciiTheme="majorHAnsi" w:hAnsiTheme="majorHAnsi" w:cstheme="majorHAnsi"/>
          <w:b/>
          <w:bCs/>
        </w:rPr>
        <w:t xml:space="preserve">docentes permanentes </w:t>
      </w:r>
      <w:r w:rsidR="002E2575" w:rsidRPr="00204540">
        <w:rPr>
          <w:rFonts w:asciiTheme="majorHAnsi" w:hAnsiTheme="majorHAnsi" w:cstheme="majorHAnsi"/>
        </w:rPr>
        <w:t xml:space="preserve">do programa de mestrado </w:t>
      </w:r>
      <w:r w:rsidR="002E2575" w:rsidRPr="00204540">
        <w:rPr>
          <w:rFonts w:asciiTheme="majorHAnsi" w:hAnsiTheme="majorHAnsi" w:cstheme="majorHAnsi"/>
          <w:b/>
          <w:bCs/>
        </w:rPr>
        <w:t>que integrarão o corpo docente da APCN de doutorado</w:t>
      </w:r>
      <w:r w:rsidR="002E2575" w:rsidRPr="00204540">
        <w:rPr>
          <w:rFonts w:asciiTheme="majorHAnsi" w:hAnsiTheme="majorHAnsi" w:cstheme="majorHAnsi"/>
        </w:rPr>
        <w:t>: ________%</w:t>
      </w:r>
    </w:p>
    <w:p w14:paraId="0E28FE24" w14:textId="44F86F98" w:rsidR="002E2575" w:rsidRPr="00204540" w:rsidRDefault="002E2575" w:rsidP="00D4013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</w:t>
      </w:r>
    </w:p>
    <w:p w14:paraId="612CEA11" w14:textId="77777777" w:rsidR="0025686D" w:rsidRPr="00204540" w:rsidRDefault="0025686D" w:rsidP="00D40130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55AA64D9" w14:textId="7A4FC45C" w:rsidR="002E2575" w:rsidRPr="00204540" w:rsidRDefault="0025686D" w:rsidP="00D4013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5</w:t>
      </w:r>
      <w:r w:rsidR="008406FA" w:rsidRPr="00204540">
        <w:rPr>
          <w:rFonts w:asciiTheme="majorHAnsi" w:hAnsiTheme="majorHAnsi" w:cstheme="majorHAnsi"/>
        </w:rPr>
        <w:t xml:space="preserve">.2 </w:t>
      </w:r>
      <w:r w:rsidR="002E2575" w:rsidRPr="00204540">
        <w:rPr>
          <w:rFonts w:asciiTheme="majorHAnsi" w:hAnsiTheme="majorHAnsi" w:cstheme="majorHAnsi"/>
        </w:rPr>
        <w:t xml:space="preserve">Informe o percentual de </w:t>
      </w:r>
      <w:r w:rsidR="002E2575" w:rsidRPr="00204540">
        <w:rPr>
          <w:rFonts w:asciiTheme="majorHAnsi" w:hAnsiTheme="majorHAnsi" w:cstheme="majorHAnsi"/>
          <w:b/>
          <w:bCs/>
        </w:rPr>
        <w:t>docentes permanentes</w:t>
      </w:r>
      <w:r w:rsidR="002E2575" w:rsidRPr="00204540">
        <w:rPr>
          <w:rFonts w:asciiTheme="majorHAnsi" w:hAnsiTheme="majorHAnsi" w:cstheme="majorHAnsi"/>
        </w:rPr>
        <w:t xml:space="preserve"> que atuam em mais de um programa de pós-graduação: ______% </w:t>
      </w:r>
    </w:p>
    <w:p w14:paraId="04EBCB67" w14:textId="1E33D17D" w:rsidR="002E2575" w:rsidRPr="00204540" w:rsidRDefault="002E2575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</w:t>
      </w:r>
    </w:p>
    <w:p w14:paraId="460299C7" w14:textId="77777777" w:rsidR="0025686D" w:rsidRPr="00204540" w:rsidRDefault="0025686D" w:rsidP="00D40130">
      <w:pPr>
        <w:spacing w:after="0" w:line="240" w:lineRule="auto"/>
        <w:rPr>
          <w:rFonts w:asciiTheme="majorHAnsi" w:hAnsiTheme="majorHAnsi" w:cstheme="majorHAnsi"/>
        </w:rPr>
      </w:pPr>
    </w:p>
    <w:p w14:paraId="13492B5F" w14:textId="58B7CB6B" w:rsidR="00CC2BF0" w:rsidRPr="00204540" w:rsidRDefault="0025686D" w:rsidP="00D40130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>5</w:t>
      </w:r>
      <w:r w:rsidR="00CC2BF0" w:rsidRPr="00204540">
        <w:rPr>
          <w:rFonts w:asciiTheme="majorHAnsi" w:hAnsiTheme="majorHAnsi" w:cstheme="majorHAnsi"/>
          <w:b/>
          <w:bCs/>
        </w:rPr>
        <w:t xml:space="preserve">.3 Informação os docentes que participarão da APCN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487"/>
        <w:gridCol w:w="1318"/>
        <w:gridCol w:w="1676"/>
        <w:gridCol w:w="1655"/>
        <w:gridCol w:w="1070"/>
        <w:gridCol w:w="945"/>
      </w:tblGrid>
      <w:tr w:rsidR="00CC2BF0" w:rsidRPr="00204540" w14:paraId="5E6F0151" w14:textId="77777777" w:rsidTr="00924A1C">
        <w:trPr>
          <w:trHeight w:val="1002"/>
        </w:trPr>
        <w:tc>
          <w:tcPr>
            <w:tcW w:w="764" w:type="pct"/>
            <w:shd w:val="clear" w:color="auto" w:fill="D9D9D9" w:themeFill="background1" w:themeFillShade="D9"/>
          </w:tcPr>
          <w:p w14:paraId="79119A86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Nome do Docente</w:t>
            </w:r>
          </w:p>
        </w:tc>
        <w:tc>
          <w:tcPr>
            <w:tcW w:w="773" w:type="pct"/>
            <w:shd w:val="clear" w:color="auto" w:fill="D9D9D9" w:themeFill="background1" w:themeFillShade="D9"/>
          </w:tcPr>
          <w:p w14:paraId="3361FDAB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Participação em outros PPGs</w:t>
            </w:r>
          </w:p>
        </w:tc>
        <w:tc>
          <w:tcPr>
            <w:tcW w:w="685" w:type="pct"/>
            <w:shd w:val="clear" w:color="auto" w:fill="D9D9D9" w:themeFill="background1" w:themeFillShade="D9"/>
          </w:tcPr>
          <w:p w14:paraId="514D4DAE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Vínculo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1DA9EDC5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Categoria (permanente ou colaborador)</w:t>
            </w:r>
          </w:p>
        </w:tc>
        <w:tc>
          <w:tcPr>
            <w:tcW w:w="860" w:type="pct"/>
            <w:shd w:val="clear" w:color="auto" w:fill="D9D9D9" w:themeFill="background1" w:themeFillShade="D9"/>
          </w:tcPr>
          <w:p w14:paraId="1B136514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Regime (carga horaria)</w:t>
            </w:r>
          </w:p>
        </w:tc>
        <w:tc>
          <w:tcPr>
            <w:tcW w:w="556" w:type="pct"/>
            <w:shd w:val="clear" w:color="auto" w:fill="D9D9D9" w:themeFill="background1" w:themeFillShade="D9"/>
          </w:tcPr>
          <w:p w14:paraId="521960D2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Linha(s)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14:paraId="32A426BD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Link lattes</w:t>
            </w:r>
          </w:p>
        </w:tc>
      </w:tr>
      <w:tr w:rsidR="00CC2BF0" w:rsidRPr="00204540" w14:paraId="2F783B31" w14:textId="77777777" w:rsidTr="00924A1C">
        <w:tc>
          <w:tcPr>
            <w:tcW w:w="764" w:type="pct"/>
          </w:tcPr>
          <w:p w14:paraId="63926667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73" w:type="pct"/>
          </w:tcPr>
          <w:p w14:paraId="026F5F6E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85" w:type="pct"/>
          </w:tcPr>
          <w:p w14:paraId="05ACA28E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71" w:type="pct"/>
          </w:tcPr>
          <w:p w14:paraId="4AE4DFC7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60" w:type="pct"/>
          </w:tcPr>
          <w:p w14:paraId="4969BCFC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56" w:type="pct"/>
          </w:tcPr>
          <w:p w14:paraId="7883E915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91" w:type="pct"/>
          </w:tcPr>
          <w:p w14:paraId="7791CD27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CC2BF0" w:rsidRPr="00204540" w14:paraId="3EABE975" w14:textId="77777777" w:rsidTr="00924A1C">
        <w:tc>
          <w:tcPr>
            <w:tcW w:w="764" w:type="pct"/>
          </w:tcPr>
          <w:p w14:paraId="3283A18A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73" w:type="pct"/>
          </w:tcPr>
          <w:p w14:paraId="7ED903B2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85" w:type="pct"/>
          </w:tcPr>
          <w:p w14:paraId="666FB853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71" w:type="pct"/>
          </w:tcPr>
          <w:p w14:paraId="66FF414F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60" w:type="pct"/>
          </w:tcPr>
          <w:p w14:paraId="697968E3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56" w:type="pct"/>
          </w:tcPr>
          <w:p w14:paraId="71B9A999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91" w:type="pct"/>
          </w:tcPr>
          <w:p w14:paraId="7AAC4A50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CC2BF0" w:rsidRPr="00204540" w14:paraId="7A3226FC" w14:textId="77777777" w:rsidTr="00924A1C">
        <w:tc>
          <w:tcPr>
            <w:tcW w:w="764" w:type="pct"/>
          </w:tcPr>
          <w:p w14:paraId="6427F3DC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73" w:type="pct"/>
          </w:tcPr>
          <w:p w14:paraId="6BC32E43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85" w:type="pct"/>
          </w:tcPr>
          <w:p w14:paraId="39D2BD65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71" w:type="pct"/>
          </w:tcPr>
          <w:p w14:paraId="64B8ABAC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60" w:type="pct"/>
          </w:tcPr>
          <w:p w14:paraId="1B9ED97A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56" w:type="pct"/>
          </w:tcPr>
          <w:p w14:paraId="3809D7B1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91" w:type="pct"/>
          </w:tcPr>
          <w:p w14:paraId="6CA467E1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42E9BC81" w14:textId="2724815F" w:rsidR="00CC2BF0" w:rsidRPr="00204540" w:rsidRDefault="0025686D" w:rsidP="0025686D">
      <w:pPr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204540">
        <w:rPr>
          <w:rFonts w:asciiTheme="majorHAnsi" w:hAnsiTheme="majorHAnsi" w:cstheme="majorHAnsi"/>
          <w:b/>
          <w:bCs/>
        </w:rPr>
        <w:lastRenderedPageBreak/>
        <w:t>5.4</w:t>
      </w:r>
      <w:r w:rsidR="00CC2BF0" w:rsidRPr="00204540">
        <w:rPr>
          <w:rFonts w:asciiTheme="majorHAnsi" w:hAnsiTheme="majorHAnsi" w:cstheme="majorHAnsi"/>
          <w:b/>
          <w:bCs/>
        </w:rPr>
        <w:t xml:space="preserve">. </w:t>
      </w:r>
      <w:r w:rsidRPr="00204540">
        <w:rPr>
          <w:rFonts w:asciiTheme="majorHAnsi" w:hAnsiTheme="majorHAnsi" w:cstheme="majorHAnsi"/>
          <w:b/>
          <w:bCs/>
        </w:rPr>
        <w:t>Principais produções cientificas</w:t>
      </w:r>
      <w:r w:rsidR="00CC2BF0" w:rsidRPr="00204540">
        <w:rPr>
          <w:rFonts w:asciiTheme="majorHAnsi" w:hAnsiTheme="majorHAnsi" w:cstheme="majorHAnsi"/>
          <w:b/>
          <w:bCs/>
        </w:rPr>
        <w:t xml:space="preserve"> </w:t>
      </w:r>
      <w:r w:rsidRPr="00204540">
        <w:rPr>
          <w:rFonts w:asciiTheme="majorHAnsi" w:hAnsiTheme="majorHAnsi" w:cstheme="majorHAnsi"/>
          <w:b/>
          <w:bCs/>
        </w:rPr>
        <w:t>por docente (últimos 5 anos</w:t>
      </w:r>
      <w:r w:rsidR="00CC2BF0" w:rsidRPr="00204540">
        <w:rPr>
          <w:rFonts w:asciiTheme="majorHAnsi" w:hAnsiTheme="majorHAnsi" w:cstheme="majorHAnsi"/>
          <w:i/>
          <w:iCs/>
        </w:rPr>
        <w:t>) - Apresentar as principais produções intelectuais dos docentes permanentes que integrarão a proposta de Doutorado, observando os critérios estabelecidos no Documento Orientador da respectiva Área de Avaliação da CAPES.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047"/>
      </w:tblGrid>
      <w:tr w:rsidR="00CC2BF0" w:rsidRPr="00204540" w14:paraId="6269F76F" w14:textId="77777777" w:rsidTr="00475F75">
        <w:tc>
          <w:tcPr>
            <w:tcW w:w="1809" w:type="dxa"/>
            <w:shd w:val="clear" w:color="auto" w:fill="D9D9D9" w:themeFill="background1" w:themeFillShade="D9"/>
          </w:tcPr>
          <w:p w14:paraId="2FDFE245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Docente 1:</w:t>
            </w:r>
          </w:p>
        </w:tc>
        <w:tc>
          <w:tcPr>
            <w:tcW w:w="7047" w:type="dxa"/>
            <w:shd w:val="clear" w:color="auto" w:fill="D9D9D9" w:themeFill="background1" w:themeFillShade="D9"/>
          </w:tcPr>
          <w:p w14:paraId="3AF84B35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C2BF0" w:rsidRPr="00204540" w14:paraId="17AA9E22" w14:textId="77777777" w:rsidTr="00475F75">
        <w:tc>
          <w:tcPr>
            <w:tcW w:w="8856" w:type="dxa"/>
            <w:gridSpan w:val="2"/>
          </w:tcPr>
          <w:p w14:paraId="16464C98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204540">
              <w:rPr>
                <w:rFonts w:asciiTheme="majorHAnsi" w:hAnsiTheme="majorHAnsi" w:cstheme="majorHAnsi"/>
              </w:rPr>
              <w:t xml:space="preserve">Produção: </w:t>
            </w:r>
          </w:p>
          <w:p w14:paraId="21F532F2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56B02B94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3F84B969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61C9D985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07813787" w14:textId="77777777" w:rsidR="00CC2BF0" w:rsidRPr="00204540" w:rsidRDefault="00CC2BF0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047"/>
      </w:tblGrid>
      <w:tr w:rsidR="00CC2BF0" w:rsidRPr="00204540" w14:paraId="6704A427" w14:textId="77777777" w:rsidTr="00475F75">
        <w:tc>
          <w:tcPr>
            <w:tcW w:w="1809" w:type="dxa"/>
            <w:shd w:val="clear" w:color="auto" w:fill="D9D9D9" w:themeFill="background1" w:themeFillShade="D9"/>
          </w:tcPr>
          <w:p w14:paraId="033BD9DD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Docente 2:</w:t>
            </w:r>
          </w:p>
        </w:tc>
        <w:tc>
          <w:tcPr>
            <w:tcW w:w="7047" w:type="dxa"/>
            <w:shd w:val="clear" w:color="auto" w:fill="D9D9D9" w:themeFill="background1" w:themeFillShade="D9"/>
          </w:tcPr>
          <w:p w14:paraId="2A21A005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C2BF0" w:rsidRPr="00204540" w14:paraId="3CCB598C" w14:textId="77777777" w:rsidTr="00475F75">
        <w:tc>
          <w:tcPr>
            <w:tcW w:w="8856" w:type="dxa"/>
            <w:gridSpan w:val="2"/>
          </w:tcPr>
          <w:p w14:paraId="381A4FD3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204540">
              <w:rPr>
                <w:rFonts w:asciiTheme="majorHAnsi" w:hAnsiTheme="majorHAnsi" w:cstheme="majorHAnsi"/>
              </w:rPr>
              <w:t xml:space="preserve">Produção: </w:t>
            </w:r>
          </w:p>
          <w:p w14:paraId="64751B74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7BAB2E1E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71153433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558079BE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60371C6F" w14:textId="77777777" w:rsidR="00CC2BF0" w:rsidRPr="00204540" w:rsidRDefault="00CC2BF0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047"/>
      </w:tblGrid>
      <w:tr w:rsidR="00CC2BF0" w:rsidRPr="00204540" w14:paraId="4A9A7035" w14:textId="77777777" w:rsidTr="00475F75">
        <w:tc>
          <w:tcPr>
            <w:tcW w:w="1809" w:type="dxa"/>
            <w:shd w:val="clear" w:color="auto" w:fill="D9D9D9" w:themeFill="background1" w:themeFillShade="D9"/>
          </w:tcPr>
          <w:p w14:paraId="3D4AC097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Docente 3:</w:t>
            </w:r>
          </w:p>
        </w:tc>
        <w:tc>
          <w:tcPr>
            <w:tcW w:w="7047" w:type="dxa"/>
            <w:shd w:val="clear" w:color="auto" w:fill="D9D9D9" w:themeFill="background1" w:themeFillShade="D9"/>
          </w:tcPr>
          <w:p w14:paraId="77CB3AC4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C2BF0" w:rsidRPr="00204540" w14:paraId="532EDBD6" w14:textId="77777777" w:rsidTr="00475F75">
        <w:tc>
          <w:tcPr>
            <w:tcW w:w="8856" w:type="dxa"/>
            <w:gridSpan w:val="2"/>
          </w:tcPr>
          <w:p w14:paraId="21CF7699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204540">
              <w:rPr>
                <w:rFonts w:asciiTheme="majorHAnsi" w:hAnsiTheme="majorHAnsi" w:cstheme="majorHAnsi"/>
              </w:rPr>
              <w:t xml:space="preserve">Produção: </w:t>
            </w:r>
          </w:p>
          <w:p w14:paraId="2F05A127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06041948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664A96E7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  <w:p w14:paraId="568BFB27" w14:textId="77777777" w:rsidR="00CC2BF0" w:rsidRPr="00204540" w:rsidRDefault="00CC2BF0" w:rsidP="00D40130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47B48452" w14:textId="77777777" w:rsidR="00CC2BF0" w:rsidRPr="00204540" w:rsidRDefault="00CC2BF0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40224C9B" w14:textId="21E86E8C" w:rsidR="00CC2BF0" w:rsidRPr="00204540" w:rsidRDefault="0025686D" w:rsidP="0025686D">
      <w:pPr>
        <w:spacing w:after="0" w:line="240" w:lineRule="auto"/>
        <w:jc w:val="both"/>
        <w:rPr>
          <w:rFonts w:asciiTheme="majorHAnsi" w:hAnsiTheme="majorHAnsi" w:cstheme="majorHAnsi"/>
          <w:i/>
          <w:iCs/>
        </w:rPr>
      </w:pPr>
      <w:r w:rsidRPr="00204540">
        <w:rPr>
          <w:rFonts w:asciiTheme="majorHAnsi" w:hAnsiTheme="majorHAnsi" w:cstheme="majorHAnsi"/>
          <w:b/>
          <w:bCs/>
        </w:rPr>
        <w:t>5.5</w:t>
      </w:r>
      <w:r w:rsidR="00CC2BF0" w:rsidRPr="00204540">
        <w:rPr>
          <w:rFonts w:asciiTheme="majorHAnsi" w:hAnsiTheme="majorHAnsi" w:cstheme="majorHAnsi"/>
          <w:b/>
          <w:bCs/>
        </w:rPr>
        <w:t xml:space="preserve"> Síntese da Produção Intelectual do Corpo Docente</w:t>
      </w:r>
      <w:r w:rsidRPr="00204540">
        <w:rPr>
          <w:rFonts w:asciiTheme="majorHAnsi" w:hAnsiTheme="majorHAnsi" w:cstheme="majorHAnsi"/>
        </w:rPr>
        <w:t xml:space="preserve"> - </w:t>
      </w:r>
      <w:r w:rsidR="00CC2BF0" w:rsidRPr="00204540">
        <w:rPr>
          <w:rFonts w:asciiTheme="majorHAnsi" w:hAnsiTheme="majorHAnsi" w:cstheme="majorHAnsi"/>
          <w:i/>
          <w:iCs/>
        </w:rPr>
        <w:t>Apresentar o quantitativo consolidado da produção intelectual do corpo docente permanente referente aos últimos cinco anos.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4"/>
        <w:gridCol w:w="2001"/>
      </w:tblGrid>
      <w:tr w:rsidR="00CC2BF0" w:rsidRPr="00204540" w14:paraId="7150EBFE" w14:textId="77777777" w:rsidTr="00CC2BF0">
        <w:trPr>
          <w:trHeight w:val="300"/>
        </w:trPr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3D07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Tipo de produção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142E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Quantitativo</w:t>
            </w:r>
          </w:p>
        </w:tc>
      </w:tr>
      <w:tr w:rsidR="00CC2BF0" w:rsidRPr="00204540" w14:paraId="2C400332" w14:textId="77777777" w:rsidTr="00CC2BF0">
        <w:trPr>
          <w:trHeight w:val="300"/>
        </w:trPr>
        <w:tc>
          <w:tcPr>
            <w:tcW w:w="3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73D2" w14:textId="77777777" w:rsidR="00CC2BF0" w:rsidRPr="00204540" w:rsidRDefault="00CC2BF0" w:rsidP="00D401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Artigos científicos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2592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CC2BF0" w:rsidRPr="00204540" w14:paraId="0D4AC0E5" w14:textId="77777777" w:rsidTr="00CC2BF0">
        <w:trPr>
          <w:trHeight w:val="300"/>
        </w:trPr>
        <w:tc>
          <w:tcPr>
            <w:tcW w:w="3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4EA3" w14:textId="77777777" w:rsidR="00CC2BF0" w:rsidRPr="00204540" w:rsidRDefault="00CC2BF0" w:rsidP="00D401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Artigos em periódicos qualificados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82E8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CC2BF0" w:rsidRPr="00204540" w14:paraId="289F8D5A" w14:textId="77777777" w:rsidTr="00CC2BF0">
        <w:trPr>
          <w:trHeight w:val="300"/>
        </w:trPr>
        <w:tc>
          <w:tcPr>
            <w:tcW w:w="3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D707" w14:textId="77777777" w:rsidR="00CC2BF0" w:rsidRPr="00204540" w:rsidRDefault="00CC2BF0" w:rsidP="00D401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Livros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3E61B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CC2BF0" w:rsidRPr="00204540" w14:paraId="38B5A364" w14:textId="77777777" w:rsidTr="00CC2BF0">
        <w:trPr>
          <w:trHeight w:val="300"/>
        </w:trPr>
        <w:tc>
          <w:tcPr>
            <w:tcW w:w="3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6C9F" w14:textId="77777777" w:rsidR="00CC2BF0" w:rsidRPr="00204540" w:rsidRDefault="00CC2BF0" w:rsidP="00D401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Capítulos de livros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C8B5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CC2BF0" w:rsidRPr="00204540" w14:paraId="7767A86F" w14:textId="77777777" w:rsidTr="00CC2BF0">
        <w:trPr>
          <w:trHeight w:val="300"/>
        </w:trPr>
        <w:tc>
          <w:tcPr>
            <w:tcW w:w="3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12CA" w14:textId="77777777" w:rsidR="00CC2BF0" w:rsidRPr="00204540" w:rsidRDefault="00CC2BF0" w:rsidP="00D401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Trabalhos completos em anais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9298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CC2BF0" w:rsidRPr="00204540" w14:paraId="66C833AA" w14:textId="77777777" w:rsidTr="00CC2BF0">
        <w:trPr>
          <w:trHeight w:val="300"/>
        </w:trPr>
        <w:tc>
          <w:tcPr>
            <w:tcW w:w="3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94A5" w14:textId="77777777" w:rsidR="00CC2BF0" w:rsidRPr="00204540" w:rsidRDefault="00CC2BF0" w:rsidP="00D401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Produtos técnicos/tecnológicos (quando aplicável)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748D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CC2BF0" w:rsidRPr="00204540" w14:paraId="72115274" w14:textId="77777777" w:rsidTr="00CC2BF0">
        <w:trPr>
          <w:trHeight w:val="300"/>
        </w:trPr>
        <w:tc>
          <w:tcPr>
            <w:tcW w:w="3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F712" w14:textId="77777777" w:rsidR="00CC2BF0" w:rsidRPr="00204540" w:rsidRDefault="00CC2BF0" w:rsidP="00D401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Patentes/softwares/registros (quando aplicável)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401C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  <w:tr w:rsidR="00CC2BF0" w:rsidRPr="00204540" w14:paraId="7A020118" w14:textId="77777777" w:rsidTr="00CC2BF0">
        <w:trPr>
          <w:trHeight w:val="300"/>
        </w:trPr>
        <w:tc>
          <w:tcPr>
            <w:tcW w:w="3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15A4" w14:textId="77777777" w:rsidR="00CC2BF0" w:rsidRPr="00204540" w:rsidRDefault="00CC2BF0" w:rsidP="00D4013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Outras produções relevantes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04D3" w14:textId="77777777" w:rsidR="00CC2BF0" w:rsidRPr="00204540" w:rsidRDefault="00CC2BF0" w:rsidP="00D4013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t-BR"/>
              </w:rPr>
            </w:pPr>
            <w:r w:rsidRPr="00204540">
              <w:rPr>
                <w:rFonts w:asciiTheme="majorHAnsi" w:eastAsia="Times New Roman" w:hAnsiTheme="majorHAnsi" w:cstheme="majorHAnsi"/>
                <w:color w:val="000000"/>
                <w:lang w:eastAsia="pt-BR"/>
              </w:rPr>
              <w:t> </w:t>
            </w:r>
          </w:p>
        </w:tc>
      </w:tr>
    </w:tbl>
    <w:p w14:paraId="572B552C" w14:textId="77777777" w:rsidR="00CC2BF0" w:rsidRPr="00204540" w:rsidRDefault="00CC2BF0" w:rsidP="00D40130">
      <w:pPr>
        <w:spacing w:after="0" w:line="240" w:lineRule="auto"/>
        <w:rPr>
          <w:rFonts w:asciiTheme="majorHAnsi" w:hAnsiTheme="majorHAnsi" w:cstheme="majorHAnsi"/>
          <w:b/>
          <w:bCs/>
          <w:color w:val="EE0000"/>
        </w:rPr>
      </w:pPr>
    </w:p>
    <w:p w14:paraId="78E1D274" w14:textId="69460D9E" w:rsidR="00CC2BF0" w:rsidRPr="00204540" w:rsidRDefault="0025686D" w:rsidP="0025686D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>5.6</w:t>
      </w:r>
      <w:r w:rsidR="00CC2BF0" w:rsidRPr="00204540">
        <w:rPr>
          <w:rFonts w:asciiTheme="majorHAnsi" w:hAnsiTheme="majorHAnsi" w:cstheme="majorHAnsi"/>
          <w:b/>
          <w:bCs/>
        </w:rPr>
        <w:t xml:space="preserve"> Adequação da Produção Intelectual aos Critérios da Área de Avaliação</w:t>
      </w:r>
      <w:r w:rsidRPr="00204540">
        <w:rPr>
          <w:rFonts w:asciiTheme="majorHAnsi" w:hAnsiTheme="majorHAnsi" w:cstheme="majorHAnsi"/>
          <w:b/>
          <w:bCs/>
        </w:rPr>
        <w:t xml:space="preserve"> - </w:t>
      </w:r>
      <w:r w:rsidR="00CC2BF0" w:rsidRPr="00204540">
        <w:rPr>
          <w:rFonts w:asciiTheme="majorHAnsi" w:hAnsiTheme="majorHAnsi" w:cstheme="majorHAnsi"/>
          <w:i/>
          <w:iCs/>
        </w:rPr>
        <w:t>Descreva como a produção intelectual do corpo docente atende aos critérios qualitativos e quantitativos estabelecidos no Documento Orientador da respectiva Área de Avaliação da CAPES. Quando aplicável, informar os principais indicadores adotados pela área (por exemplo, IndProdT, FWCI ou outros indicadores específicos).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45"/>
      </w:tblGrid>
      <w:tr w:rsidR="0096145F" w:rsidRPr="00204540" w14:paraId="0F25FA84" w14:textId="77777777" w:rsidTr="00475F75">
        <w:tc>
          <w:tcPr>
            <w:tcW w:w="9545" w:type="dxa"/>
          </w:tcPr>
          <w:p w14:paraId="5B022C74" w14:textId="77777777" w:rsidR="00CC2BF0" w:rsidRPr="00204540" w:rsidRDefault="00CC2BF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</w:rPr>
              <w:t>Descrição:</w:t>
            </w:r>
          </w:p>
          <w:p w14:paraId="7D704131" w14:textId="77777777" w:rsidR="00CC2BF0" w:rsidRPr="00204540" w:rsidRDefault="00CC2BF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681F9F3" w14:textId="77777777" w:rsidR="00CC2BF0" w:rsidRPr="00204540" w:rsidRDefault="00CC2BF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35EB093" w14:textId="77777777" w:rsidR="00CC2BF0" w:rsidRPr="00204540" w:rsidRDefault="00CC2BF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2A8D450" w14:textId="77777777" w:rsidR="00CC2BF0" w:rsidRPr="00204540" w:rsidRDefault="00CC2BF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1E5E3E4" w14:textId="77777777" w:rsidR="00CC2BF0" w:rsidRPr="00204540" w:rsidRDefault="00CC2BF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7B649224" w14:textId="77777777" w:rsidR="00CC2BF0" w:rsidRPr="00204540" w:rsidRDefault="00CC2BF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C4779FE" w14:textId="77777777" w:rsidR="00CC2BF0" w:rsidRPr="00204540" w:rsidRDefault="00CC2BF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3D1FFC7C" w14:textId="77777777" w:rsidR="00CC2BF0" w:rsidRPr="00204540" w:rsidRDefault="00CC2BF0" w:rsidP="00D4013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3F0848C9" w14:textId="563AC006" w:rsidR="00CC2BF0" w:rsidRPr="00204540" w:rsidRDefault="00CC2BF0" w:rsidP="0025686D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  <w:highlight w:val="yellow"/>
        </w:rPr>
        <w:lastRenderedPageBreak/>
        <w:t>OBS:</w:t>
      </w:r>
      <w:r w:rsidRPr="00204540">
        <w:rPr>
          <w:rFonts w:asciiTheme="majorHAnsi" w:hAnsiTheme="majorHAnsi" w:cstheme="majorHAnsi"/>
          <w:b/>
          <w:bCs/>
        </w:rPr>
        <w:t xml:space="preserve"> A produção intelectual deverá ser apresentada em conformidade com os critérios, indicadores e parâmetros estabelecidos no Documento Orientador da respectiva Área de Avaliação da CAPES.</w:t>
      </w:r>
    </w:p>
    <w:p w14:paraId="6F97BF68" w14:textId="77777777" w:rsidR="00CC2BF0" w:rsidRPr="00204540" w:rsidRDefault="00CC2BF0" w:rsidP="00D40130">
      <w:pPr>
        <w:spacing w:after="0" w:line="240" w:lineRule="auto"/>
        <w:rPr>
          <w:rFonts w:asciiTheme="majorHAnsi" w:hAnsiTheme="majorHAnsi" w:cstheme="majorHAnsi"/>
          <w:b/>
          <w:bCs/>
          <w:color w:val="EE0000"/>
        </w:rPr>
      </w:pPr>
    </w:p>
    <w:p w14:paraId="31EDDE6D" w14:textId="302F7694" w:rsidR="00B62893" w:rsidRPr="00204540" w:rsidRDefault="00B62893" w:rsidP="00B62893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 xml:space="preserve">5.7. Projetos de Pesquisa em Desenvolvimento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776"/>
        <w:gridCol w:w="1732"/>
        <w:gridCol w:w="1891"/>
        <w:gridCol w:w="2271"/>
      </w:tblGrid>
      <w:tr w:rsidR="00B62893" w:rsidRPr="00204540" w14:paraId="2BF72BF1" w14:textId="77777777" w:rsidTr="00B62893">
        <w:trPr>
          <w:trHeight w:val="351"/>
        </w:trPr>
        <w:tc>
          <w:tcPr>
            <w:tcW w:w="1014" w:type="pct"/>
            <w:shd w:val="clear" w:color="auto" w:fill="D9D9D9" w:themeFill="background1" w:themeFillShade="D9"/>
          </w:tcPr>
          <w:p w14:paraId="0D7AB6DF" w14:textId="46D25A92" w:rsidR="00B62893" w:rsidRPr="00204540" w:rsidRDefault="00B62893" w:rsidP="00A831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Projeto</w:t>
            </w:r>
          </w:p>
        </w:tc>
        <w:tc>
          <w:tcPr>
            <w:tcW w:w="923" w:type="pct"/>
            <w:shd w:val="clear" w:color="auto" w:fill="D9D9D9" w:themeFill="background1" w:themeFillShade="D9"/>
          </w:tcPr>
          <w:p w14:paraId="37C63020" w14:textId="75293B75" w:rsidR="00B62893" w:rsidRPr="00204540" w:rsidRDefault="00B62893" w:rsidP="00A831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Linha de Pesquisa</w:t>
            </w:r>
          </w:p>
        </w:tc>
        <w:tc>
          <w:tcPr>
            <w:tcW w:w="900" w:type="pct"/>
            <w:shd w:val="clear" w:color="auto" w:fill="D9D9D9" w:themeFill="background1" w:themeFillShade="D9"/>
          </w:tcPr>
          <w:p w14:paraId="49310E6C" w14:textId="77777777" w:rsidR="00B62893" w:rsidRPr="00204540" w:rsidRDefault="00B62893" w:rsidP="00A831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Coordenador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7A03140E" w14:textId="20FAF3E5" w:rsidR="00B62893" w:rsidRPr="00204540" w:rsidRDefault="00B62893" w:rsidP="00A831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Vigência</w:t>
            </w:r>
          </w:p>
        </w:tc>
        <w:tc>
          <w:tcPr>
            <w:tcW w:w="1181" w:type="pct"/>
            <w:shd w:val="clear" w:color="auto" w:fill="D9D9D9" w:themeFill="background1" w:themeFillShade="D9"/>
          </w:tcPr>
          <w:p w14:paraId="63256095" w14:textId="028B2C11" w:rsidR="00B62893" w:rsidRPr="00204540" w:rsidRDefault="00B62893" w:rsidP="00A831D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04540">
              <w:rPr>
                <w:rFonts w:asciiTheme="majorHAnsi" w:hAnsiTheme="majorHAnsi" w:cstheme="majorHAnsi"/>
                <w:b/>
                <w:bCs/>
              </w:rPr>
              <w:t>Financiamento</w:t>
            </w:r>
          </w:p>
        </w:tc>
      </w:tr>
      <w:tr w:rsidR="00B62893" w:rsidRPr="00204540" w14:paraId="6494031E" w14:textId="77777777" w:rsidTr="00B62893">
        <w:tc>
          <w:tcPr>
            <w:tcW w:w="1014" w:type="pct"/>
          </w:tcPr>
          <w:p w14:paraId="445D8109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3" w:type="pct"/>
          </w:tcPr>
          <w:p w14:paraId="522C10DB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00" w:type="pct"/>
          </w:tcPr>
          <w:p w14:paraId="7F8F928C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83" w:type="pct"/>
          </w:tcPr>
          <w:p w14:paraId="41F601C4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81" w:type="pct"/>
          </w:tcPr>
          <w:p w14:paraId="15AE8E41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B62893" w:rsidRPr="00204540" w14:paraId="39F80B33" w14:textId="77777777" w:rsidTr="00B62893">
        <w:tc>
          <w:tcPr>
            <w:tcW w:w="1014" w:type="pct"/>
          </w:tcPr>
          <w:p w14:paraId="1D4875E2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3" w:type="pct"/>
          </w:tcPr>
          <w:p w14:paraId="7FDF2CB9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00" w:type="pct"/>
          </w:tcPr>
          <w:p w14:paraId="2FC3BC4E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83" w:type="pct"/>
          </w:tcPr>
          <w:p w14:paraId="031BC2FF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81" w:type="pct"/>
          </w:tcPr>
          <w:p w14:paraId="5B146F20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B62893" w:rsidRPr="00204540" w14:paraId="443C7F2A" w14:textId="77777777" w:rsidTr="00B62893">
        <w:tc>
          <w:tcPr>
            <w:tcW w:w="1014" w:type="pct"/>
          </w:tcPr>
          <w:p w14:paraId="7BD27592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3" w:type="pct"/>
          </w:tcPr>
          <w:p w14:paraId="53F55E45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00" w:type="pct"/>
          </w:tcPr>
          <w:p w14:paraId="072E5D34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83" w:type="pct"/>
          </w:tcPr>
          <w:p w14:paraId="18BA4918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81" w:type="pct"/>
          </w:tcPr>
          <w:p w14:paraId="3D92CFD9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B62893" w:rsidRPr="00204540" w14:paraId="096F9BF8" w14:textId="77777777" w:rsidTr="00B62893">
        <w:tc>
          <w:tcPr>
            <w:tcW w:w="1014" w:type="pct"/>
          </w:tcPr>
          <w:p w14:paraId="5FE74519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3" w:type="pct"/>
          </w:tcPr>
          <w:p w14:paraId="4652BDED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00" w:type="pct"/>
          </w:tcPr>
          <w:p w14:paraId="6F4D11E0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83" w:type="pct"/>
          </w:tcPr>
          <w:p w14:paraId="7AB3A3F9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81" w:type="pct"/>
          </w:tcPr>
          <w:p w14:paraId="58A69359" w14:textId="77777777" w:rsidR="00B62893" w:rsidRPr="00204540" w:rsidRDefault="00B62893" w:rsidP="00A831D0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56B26CA1" w14:textId="77777777" w:rsidR="00CC2BF0" w:rsidRPr="00204540" w:rsidRDefault="00CC2BF0" w:rsidP="00D40130">
      <w:pPr>
        <w:spacing w:after="0" w:line="240" w:lineRule="auto"/>
        <w:rPr>
          <w:rFonts w:asciiTheme="majorHAnsi" w:hAnsiTheme="majorHAnsi" w:cstheme="majorHAnsi"/>
          <w:b/>
          <w:bCs/>
          <w:color w:val="EE0000"/>
        </w:rPr>
      </w:pPr>
    </w:p>
    <w:p w14:paraId="5687EE64" w14:textId="77777777" w:rsidR="00CC2BF0" w:rsidRPr="00204540" w:rsidRDefault="00CC2BF0" w:rsidP="00D40130">
      <w:pPr>
        <w:spacing w:after="0" w:line="240" w:lineRule="auto"/>
        <w:rPr>
          <w:rFonts w:asciiTheme="majorHAnsi" w:hAnsiTheme="majorHAnsi" w:cstheme="majorHAnsi"/>
          <w:b/>
          <w:bCs/>
          <w:color w:val="EE0000"/>
        </w:rPr>
      </w:pPr>
    </w:p>
    <w:p w14:paraId="2EA178B5" w14:textId="20DBE273" w:rsidR="00071A92" w:rsidRPr="00204540" w:rsidRDefault="0025686D" w:rsidP="00D4013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204540">
        <w:rPr>
          <w:rFonts w:asciiTheme="majorHAnsi" w:hAnsiTheme="majorHAnsi" w:cstheme="majorHAnsi"/>
          <w:b/>
          <w:bCs/>
        </w:rPr>
        <w:t>6</w:t>
      </w:r>
      <w:r w:rsidR="00071A92" w:rsidRPr="00204540">
        <w:rPr>
          <w:rFonts w:asciiTheme="majorHAnsi" w:hAnsiTheme="majorHAnsi" w:cstheme="majorHAnsi"/>
          <w:b/>
          <w:bCs/>
        </w:rPr>
        <w:t>. ASSINATURA DO PROPONENTE</w:t>
      </w:r>
    </w:p>
    <w:p w14:paraId="7C047783" w14:textId="13EE570D" w:rsidR="00D662F6" w:rsidRPr="00204540" w:rsidRDefault="00071A92" w:rsidP="00D4013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Proponente/Coordenador(a)</w:t>
      </w:r>
      <w:r w:rsidR="00FE31FF" w:rsidRPr="00204540">
        <w:rPr>
          <w:rFonts w:asciiTheme="majorHAnsi" w:hAnsiTheme="majorHAnsi" w:cstheme="majorHAnsi"/>
        </w:rPr>
        <w:t xml:space="preserve"> da proposta</w:t>
      </w:r>
      <w:r w:rsidRPr="00204540">
        <w:rPr>
          <w:rFonts w:asciiTheme="majorHAnsi" w:hAnsiTheme="majorHAnsi" w:cstheme="majorHAnsi"/>
        </w:rPr>
        <w:t xml:space="preserve">: </w:t>
      </w:r>
      <w:r w:rsidR="0025686D" w:rsidRPr="00204540">
        <w:rPr>
          <w:rFonts w:asciiTheme="majorHAnsi" w:hAnsiTheme="majorHAnsi" w:cstheme="majorHAnsi"/>
        </w:rPr>
        <w:t>_______________</w:t>
      </w:r>
      <w:r w:rsidR="000C365F" w:rsidRPr="00204540">
        <w:rPr>
          <w:rFonts w:asciiTheme="majorHAnsi" w:hAnsiTheme="majorHAnsi" w:cstheme="majorHAnsi"/>
        </w:rPr>
        <w:t>_________________________</w:t>
      </w:r>
    </w:p>
    <w:p w14:paraId="4D60161C" w14:textId="6A4742FF" w:rsidR="00357910" w:rsidRPr="00204540" w:rsidRDefault="00357910" w:rsidP="00D4013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 xml:space="preserve">Email: </w:t>
      </w:r>
      <w:r w:rsidR="000C365F" w:rsidRPr="00204540">
        <w:rPr>
          <w:rFonts w:asciiTheme="majorHAnsi" w:hAnsiTheme="majorHAnsi" w:cstheme="majorHAnsi"/>
        </w:rPr>
        <w:t>_________________________________</w:t>
      </w:r>
      <w:r w:rsidR="0025686D" w:rsidRPr="00204540">
        <w:rPr>
          <w:rFonts w:asciiTheme="majorHAnsi" w:hAnsiTheme="majorHAnsi" w:cstheme="majorHAnsi"/>
        </w:rPr>
        <w:t>_____________________</w:t>
      </w:r>
      <w:r w:rsidR="000C365F" w:rsidRPr="00204540">
        <w:rPr>
          <w:rFonts w:asciiTheme="majorHAnsi" w:hAnsiTheme="majorHAnsi" w:cstheme="majorHAnsi"/>
        </w:rPr>
        <w:t>_____________</w:t>
      </w:r>
    </w:p>
    <w:p w14:paraId="68A9D7C5" w14:textId="674D997E" w:rsidR="00357910" w:rsidRPr="00204540" w:rsidRDefault="00357910" w:rsidP="00D4013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Con</w:t>
      </w:r>
      <w:r w:rsidR="000C365F" w:rsidRPr="00204540">
        <w:rPr>
          <w:rFonts w:asciiTheme="majorHAnsi" w:hAnsiTheme="majorHAnsi" w:cstheme="majorHAnsi"/>
        </w:rPr>
        <w:t>t</w:t>
      </w:r>
      <w:r w:rsidRPr="00204540">
        <w:rPr>
          <w:rFonts w:asciiTheme="majorHAnsi" w:hAnsiTheme="majorHAnsi" w:cstheme="majorHAnsi"/>
        </w:rPr>
        <w:t>ato:</w:t>
      </w:r>
      <w:r w:rsidR="000C365F" w:rsidRPr="00204540">
        <w:rPr>
          <w:rFonts w:asciiTheme="majorHAnsi" w:hAnsiTheme="majorHAnsi" w:cstheme="majorHAnsi"/>
        </w:rPr>
        <w:t>______________________________________</w:t>
      </w:r>
      <w:r w:rsidR="0025686D" w:rsidRPr="00204540">
        <w:rPr>
          <w:rFonts w:asciiTheme="majorHAnsi" w:hAnsiTheme="majorHAnsi" w:cstheme="majorHAnsi"/>
        </w:rPr>
        <w:t>______________________</w:t>
      </w:r>
      <w:r w:rsidR="000C365F" w:rsidRPr="00204540">
        <w:rPr>
          <w:rFonts w:asciiTheme="majorHAnsi" w:hAnsiTheme="majorHAnsi" w:cstheme="majorHAnsi"/>
        </w:rPr>
        <w:t>______</w:t>
      </w:r>
    </w:p>
    <w:p w14:paraId="408CB87A" w14:textId="77777777" w:rsidR="00357910" w:rsidRPr="00204540" w:rsidRDefault="00357910" w:rsidP="00D40130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33C04434" w14:textId="27663AAB" w:rsidR="00071A92" w:rsidRPr="00204540" w:rsidRDefault="00071A92" w:rsidP="00D4013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204540">
        <w:rPr>
          <w:rFonts w:asciiTheme="majorHAnsi" w:hAnsiTheme="majorHAnsi" w:cstheme="majorHAnsi"/>
        </w:rPr>
        <w:t>Assinatura: ________________________________   Data: ____/____/______</w:t>
      </w:r>
    </w:p>
    <w:sectPr w:rsidR="00071A92" w:rsidRPr="00204540" w:rsidSect="00953C9D">
      <w:pgSz w:w="12240" w:h="15840"/>
      <w:pgMar w:top="170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924738"/>
    <w:multiLevelType w:val="multilevel"/>
    <w:tmpl w:val="0108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0D6A43"/>
    <w:multiLevelType w:val="multilevel"/>
    <w:tmpl w:val="D7B2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BC12A3"/>
    <w:multiLevelType w:val="multilevel"/>
    <w:tmpl w:val="45A0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7A4405"/>
    <w:multiLevelType w:val="hybridMultilevel"/>
    <w:tmpl w:val="8D4AF2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A5C4D"/>
    <w:multiLevelType w:val="multilevel"/>
    <w:tmpl w:val="9EC4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246244"/>
    <w:multiLevelType w:val="multilevel"/>
    <w:tmpl w:val="1950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860851"/>
    <w:multiLevelType w:val="multilevel"/>
    <w:tmpl w:val="8E20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400E80"/>
    <w:multiLevelType w:val="multilevel"/>
    <w:tmpl w:val="EF92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E17427"/>
    <w:multiLevelType w:val="multilevel"/>
    <w:tmpl w:val="7B46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471C16"/>
    <w:multiLevelType w:val="multilevel"/>
    <w:tmpl w:val="53F4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B16BBF"/>
    <w:multiLevelType w:val="multilevel"/>
    <w:tmpl w:val="82A8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D61B0F"/>
    <w:multiLevelType w:val="multilevel"/>
    <w:tmpl w:val="72F6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C25D2E"/>
    <w:multiLevelType w:val="multilevel"/>
    <w:tmpl w:val="03B8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C7103B"/>
    <w:multiLevelType w:val="multilevel"/>
    <w:tmpl w:val="9426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3862C7"/>
    <w:multiLevelType w:val="multilevel"/>
    <w:tmpl w:val="4A20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9D751F"/>
    <w:multiLevelType w:val="hybridMultilevel"/>
    <w:tmpl w:val="EE1C57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61AA9"/>
    <w:multiLevelType w:val="multilevel"/>
    <w:tmpl w:val="D8F2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B46C50"/>
    <w:multiLevelType w:val="multilevel"/>
    <w:tmpl w:val="22C8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9158138">
    <w:abstractNumId w:val="8"/>
  </w:num>
  <w:num w:numId="2" w16cid:durableId="1397821784">
    <w:abstractNumId w:val="6"/>
  </w:num>
  <w:num w:numId="3" w16cid:durableId="2144808789">
    <w:abstractNumId w:val="5"/>
  </w:num>
  <w:num w:numId="4" w16cid:durableId="2063017972">
    <w:abstractNumId w:val="4"/>
  </w:num>
  <w:num w:numId="5" w16cid:durableId="1876232950">
    <w:abstractNumId w:val="7"/>
  </w:num>
  <w:num w:numId="6" w16cid:durableId="410934885">
    <w:abstractNumId w:val="3"/>
  </w:num>
  <w:num w:numId="7" w16cid:durableId="1704937509">
    <w:abstractNumId w:val="2"/>
  </w:num>
  <w:num w:numId="8" w16cid:durableId="566036509">
    <w:abstractNumId w:val="1"/>
  </w:num>
  <w:num w:numId="9" w16cid:durableId="174880464">
    <w:abstractNumId w:val="0"/>
  </w:num>
  <w:num w:numId="10" w16cid:durableId="617832030">
    <w:abstractNumId w:val="24"/>
  </w:num>
  <w:num w:numId="11" w16cid:durableId="982544196">
    <w:abstractNumId w:val="10"/>
  </w:num>
  <w:num w:numId="12" w16cid:durableId="1917744450">
    <w:abstractNumId w:val="26"/>
  </w:num>
  <w:num w:numId="13" w16cid:durableId="1834180487">
    <w:abstractNumId w:val="18"/>
  </w:num>
  <w:num w:numId="14" w16cid:durableId="897284249">
    <w:abstractNumId w:val="21"/>
  </w:num>
  <w:num w:numId="15" w16cid:durableId="408961240">
    <w:abstractNumId w:val="23"/>
  </w:num>
  <w:num w:numId="16" w16cid:durableId="1931084910">
    <w:abstractNumId w:val="15"/>
  </w:num>
  <w:num w:numId="17" w16cid:durableId="682123521">
    <w:abstractNumId w:val="16"/>
  </w:num>
  <w:num w:numId="18" w16cid:durableId="1937784429">
    <w:abstractNumId w:val="9"/>
  </w:num>
  <w:num w:numId="19" w16cid:durableId="1529179149">
    <w:abstractNumId w:val="20"/>
  </w:num>
  <w:num w:numId="20" w16cid:durableId="146023624">
    <w:abstractNumId w:val="22"/>
  </w:num>
  <w:num w:numId="21" w16cid:durableId="2141922695">
    <w:abstractNumId w:val="14"/>
  </w:num>
  <w:num w:numId="22" w16cid:durableId="1432779030">
    <w:abstractNumId w:val="12"/>
  </w:num>
  <w:num w:numId="23" w16cid:durableId="11152434">
    <w:abstractNumId w:val="25"/>
  </w:num>
  <w:num w:numId="24" w16cid:durableId="1667853410">
    <w:abstractNumId w:val="17"/>
  </w:num>
  <w:num w:numId="25" w16cid:durableId="301469062">
    <w:abstractNumId w:val="13"/>
  </w:num>
  <w:num w:numId="26" w16cid:durableId="1337076876">
    <w:abstractNumId w:val="11"/>
  </w:num>
  <w:num w:numId="27" w16cid:durableId="12562866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834"/>
    <w:rsid w:val="000330CE"/>
    <w:rsid w:val="00034616"/>
    <w:rsid w:val="0006063C"/>
    <w:rsid w:val="00070BA1"/>
    <w:rsid w:val="00071A92"/>
    <w:rsid w:val="00083124"/>
    <w:rsid w:val="000C365F"/>
    <w:rsid w:val="000E57DA"/>
    <w:rsid w:val="0015074B"/>
    <w:rsid w:val="00160DFF"/>
    <w:rsid w:val="00162CAA"/>
    <w:rsid w:val="001863FD"/>
    <w:rsid w:val="00204540"/>
    <w:rsid w:val="00210C85"/>
    <w:rsid w:val="002117B7"/>
    <w:rsid w:val="0025686D"/>
    <w:rsid w:val="00273B44"/>
    <w:rsid w:val="0029639D"/>
    <w:rsid w:val="002A31B9"/>
    <w:rsid w:val="002B09EA"/>
    <w:rsid w:val="002C3759"/>
    <w:rsid w:val="002E2575"/>
    <w:rsid w:val="0030595B"/>
    <w:rsid w:val="00321164"/>
    <w:rsid w:val="00326F90"/>
    <w:rsid w:val="0032749A"/>
    <w:rsid w:val="003327E2"/>
    <w:rsid w:val="00341ED6"/>
    <w:rsid w:val="00357910"/>
    <w:rsid w:val="003C4524"/>
    <w:rsid w:val="00415A4F"/>
    <w:rsid w:val="004169B4"/>
    <w:rsid w:val="00417C60"/>
    <w:rsid w:val="004422C0"/>
    <w:rsid w:val="00457D5F"/>
    <w:rsid w:val="00473583"/>
    <w:rsid w:val="00491861"/>
    <w:rsid w:val="004921E9"/>
    <w:rsid w:val="004B27C0"/>
    <w:rsid w:val="004D0F88"/>
    <w:rsid w:val="004E20D7"/>
    <w:rsid w:val="004F0B94"/>
    <w:rsid w:val="004F4EEA"/>
    <w:rsid w:val="00500989"/>
    <w:rsid w:val="00541D5D"/>
    <w:rsid w:val="00580C87"/>
    <w:rsid w:val="00581F80"/>
    <w:rsid w:val="005F75FF"/>
    <w:rsid w:val="006205B8"/>
    <w:rsid w:val="00623DFC"/>
    <w:rsid w:val="00643649"/>
    <w:rsid w:val="006504F9"/>
    <w:rsid w:val="00657ED4"/>
    <w:rsid w:val="00660984"/>
    <w:rsid w:val="006A28CA"/>
    <w:rsid w:val="006F5CAA"/>
    <w:rsid w:val="00720B4F"/>
    <w:rsid w:val="00737597"/>
    <w:rsid w:val="00740A13"/>
    <w:rsid w:val="00780FAB"/>
    <w:rsid w:val="00784D8B"/>
    <w:rsid w:val="007C6ACA"/>
    <w:rsid w:val="008406FA"/>
    <w:rsid w:val="00850752"/>
    <w:rsid w:val="00857F4D"/>
    <w:rsid w:val="00896632"/>
    <w:rsid w:val="008D5989"/>
    <w:rsid w:val="008F1A87"/>
    <w:rsid w:val="00934219"/>
    <w:rsid w:val="00935B2B"/>
    <w:rsid w:val="00937571"/>
    <w:rsid w:val="00953C9D"/>
    <w:rsid w:val="00955D0F"/>
    <w:rsid w:val="0096145F"/>
    <w:rsid w:val="00983B6E"/>
    <w:rsid w:val="009A3E8B"/>
    <w:rsid w:val="009B10A0"/>
    <w:rsid w:val="009B7F71"/>
    <w:rsid w:val="009D02D0"/>
    <w:rsid w:val="009D6281"/>
    <w:rsid w:val="009F41CC"/>
    <w:rsid w:val="00A170B9"/>
    <w:rsid w:val="00A43D4E"/>
    <w:rsid w:val="00A70969"/>
    <w:rsid w:val="00A8648B"/>
    <w:rsid w:val="00AA1D8D"/>
    <w:rsid w:val="00AE3E24"/>
    <w:rsid w:val="00B01A7D"/>
    <w:rsid w:val="00B30BE7"/>
    <w:rsid w:val="00B425FF"/>
    <w:rsid w:val="00B47730"/>
    <w:rsid w:val="00B5172C"/>
    <w:rsid w:val="00B555D0"/>
    <w:rsid w:val="00B62040"/>
    <w:rsid w:val="00B62893"/>
    <w:rsid w:val="00BE5CB2"/>
    <w:rsid w:val="00C64E35"/>
    <w:rsid w:val="00C826B2"/>
    <w:rsid w:val="00CB0664"/>
    <w:rsid w:val="00CC2BF0"/>
    <w:rsid w:val="00D258CF"/>
    <w:rsid w:val="00D32426"/>
    <w:rsid w:val="00D40130"/>
    <w:rsid w:val="00D56507"/>
    <w:rsid w:val="00D662F6"/>
    <w:rsid w:val="00D72EEE"/>
    <w:rsid w:val="00D74251"/>
    <w:rsid w:val="00D74DE4"/>
    <w:rsid w:val="00D848CB"/>
    <w:rsid w:val="00D9105A"/>
    <w:rsid w:val="00DA0C47"/>
    <w:rsid w:val="00DA3C87"/>
    <w:rsid w:val="00DC0B2A"/>
    <w:rsid w:val="00DC4CF1"/>
    <w:rsid w:val="00DF2E49"/>
    <w:rsid w:val="00E030B0"/>
    <w:rsid w:val="00E12C2F"/>
    <w:rsid w:val="00E32E3B"/>
    <w:rsid w:val="00E726FF"/>
    <w:rsid w:val="00E76149"/>
    <w:rsid w:val="00EA5377"/>
    <w:rsid w:val="00EB3395"/>
    <w:rsid w:val="00EC485B"/>
    <w:rsid w:val="00ED3669"/>
    <w:rsid w:val="00EE0606"/>
    <w:rsid w:val="00EE516D"/>
    <w:rsid w:val="00F15930"/>
    <w:rsid w:val="00FC09B3"/>
    <w:rsid w:val="00FC693F"/>
    <w:rsid w:val="00FC6F8A"/>
    <w:rsid w:val="00FE31FF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F3383"/>
  <w14:defaultImageDpi w14:val="300"/>
  <w15:docId w15:val="{D15B0519-8149-4A86-95D3-A3407B84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581F8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1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br/capes/pt-br/acesso-a-informacao/acoes-e-programas/avaliacao/sobre-a-avaliacao/areas-avaliacao/sobre-as-areas-de-avaliacao/sobre-as-areas-de-avaliaca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7</Pages>
  <Words>1252</Words>
  <Characters>6763</Characters>
  <Application>Microsoft Office Word</Application>
  <DocSecurity>0</DocSecurity>
  <Lines>56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8000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ufpa</cp:lastModifiedBy>
  <cp:revision>97</cp:revision>
  <dcterms:created xsi:type="dcterms:W3CDTF">2013-12-23T23:15:00Z</dcterms:created>
  <dcterms:modified xsi:type="dcterms:W3CDTF">2026-07-20T13:09:00Z</dcterms:modified>
  <cp:category/>
</cp:coreProperties>
</file>